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CCCA1" w14:textId="10D5D56E" w:rsidR="009160AB" w:rsidRDefault="00E97129">
      <w:pPr>
        <w:jc w:val="right"/>
      </w:pPr>
      <w:r w:rsidRPr="00E97129">
        <w:rPr>
          <w:noProof/>
        </w:rPr>
        <w:drawing>
          <wp:inline distT="0" distB="0" distL="0" distR="0" wp14:anchorId="7669850B" wp14:editId="0B0BF042">
            <wp:extent cx="1147463" cy="632460"/>
            <wp:effectExtent l="0" t="0" r="0" b="0"/>
            <wp:docPr id="183056945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69451" name="Picture 1" descr="A blue and white logo&#10;&#10;AI-generated content may be incorrect."/>
                    <pic:cNvPicPr/>
                  </pic:nvPicPr>
                  <pic:blipFill>
                    <a:blip r:embed="rId8"/>
                    <a:stretch>
                      <a:fillRect/>
                    </a:stretch>
                  </pic:blipFill>
                  <pic:spPr>
                    <a:xfrm>
                      <a:off x="0" y="0"/>
                      <a:ext cx="1153152" cy="635596"/>
                    </a:xfrm>
                    <a:prstGeom prst="rect">
                      <a:avLst/>
                    </a:prstGeom>
                  </pic:spPr>
                </pic:pic>
              </a:graphicData>
            </a:graphic>
          </wp:inline>
        </w:drawing>
      </w:r>
    </w:p>
    <w:p w14:paraId="33031940" w14:textId="77777777" w:rsidR="009160AB" w:rsidRDefault="00233CC1">
      <w:pPr>
        <w:spacing w:before="60"/>
      </w:pPr>
      <w:r>
        <w:rPr>
          <w:b/>
          <w:color w:val="00507B"/>
          <w:sz w:val="44"/>
        </w:rPr>
        <w:t>APPLICATION FORM</w:t>
      </w:r>
    </w:p>
    <w:p w14:paraId="18EC8125" w14:textId="77777777" w:rsidR="009160AB" w:rsidRDefault="00233CC1">
      <w:r>
        <w:rPr>
          <w:b/>
          <w:color w:val="00507B"/>
          <w:sz w:val="26"/>
        </w:rPr>
        <w:t>OPERATIONS &amp; LOGISTICS EXECUTIVE</w:t>
      </w:r>
    </w:p>
    <w:p w14:paraId="44233A90" w14:textId="368F2BFF" w:rsidR="009160AB" w:rsidRDefault="00233CC1">
      <w:r>
        <w:rPr>
          <w:b/>
        </w:rPr>
        <w:t>£2</w:t>
      </w:r>
      <w:r w:rsidR="00C87F4E">
        <w:rPr>
          <w:b/>
        </w:rPr>
        <w:t>8</w:t>
      </w:r>
      <w:r>
        <w:rPr>
          <w:b/>
        </w:rPr>
        <w:t>,000</w:t>
      </w:r>
      <w:r w:rsidR="00C87F4E">
        <w:rPr>
          <w:b/>
        </w:rPr>
        <w:t xml:space="preserve"> (under </w:t>
      </w:r>
      <w:proofErr w:type="gramStart"/>
      <w:r w:rsidR="00C87F4E">
        <w:rPr>
          <w:b/>
        </w:rPr>
        <w:t>review)</w:t>
      </w:r>
      <w:r>
        <w:rPr>
          <w:b/>
        </w:rPr>
        <w:t xml:space="preserve">  |</w:t>
      </w:r>
      <w:proofErr w:type="gramEnd"/>
      <w:r>
        <w:rPr>
          <w:b/>
        </w:rPr>
        <w:t xml:space="preserve">  Full-</w:t>
      </w:r>
      <w:proofErr w:type="gramStart"/>
      <w:r>
        <w:rPr>
          <w:b/>
        </w:rPr>
        <w:t>time  |</w:t>
      </w:r>
      <w:proofErr w:type="gramEnd"/>
      <w:r>
        <w:rPr>
          <w:b/>
        </w:rPr>
        <w:t xml:space="preserve">  Belfast</w:t>
      </w:r>
    </w:p>
    <w:p w14:paraId="168A8327" w14:textId="77777777" w:rsidR="009160AB" w:rsidRDefault="00233CC1">
      <w:r>
        <w:t>Closing date: Friday 4 December 2026 at 12 noon</w:t>
      </w:r>
    </w:p>
    <w:p w14:paraId="5AD624AA" w14:textId="77777777" w:rsidR="009160AB" w:rsidRDefault="00233CC1">
      <w:r>
        <w:t>Please complete all sections of this editable Word form. CVs will not be accepted. Use examples from employment, volunteering or other relevant experience. Your answers will be used for shortlisting.</w:t>
      </w:r>
    </w:p>
    <w:p w14:paraId="6449821F" w14:textId="77777777" w:rsidR="009160AB" w:rsidRDefault="00233CC1">
      <w:pPr>
        <w:keepNext/>
        <w:spacing w:before="300" w:after="140"/>
      </w:pPr>
      <w:r>
        <w:rPr>
          <w:b/>
          <w:color w:val="00507B"/>
          <w:sz w:val="24"/>
        </w:rPr>
        <w:t>SECTION 1 – PERSONAL DETAILS</w:t>
      </w:r>
    </w:p>
    <w:tbl>
      <w:tblPr>
        <w:tblStyle w:val="TableGrid"/>
        <w:tblW w:w="0" w:type="auto"/>
        <w:tblLook w:val="04A0" w:firstRow="1" w:lastRow="0" w:firstColumn="1" w:lastColumn="0" w:noHBand="0" w:noVBand="1"/>
      </w:tblPr>
      <w:tblGrid>
        <w:gridCol w:w="3096"/>
        <w:gridCol w:w="6696"/>
      </w:tblGrid>
      <w:tr w:rsidR="009160AB" w14:paraId="4AFD221A" w14:textId="77777777">
        <w:tc>
          <w:tcPr>
            <w:tcW w:w="3096" w:type="dxa"/>
            <w:shd w:val="clear" w:color="auto" w:fill="F1F6F9"/>
          </w:tcPr>
          <w:p w14:paraId="7311BC78" w14:textId="77777777" w:rsidR="009160AB" w:rsidRDefault="00233CC1">
            <w:r>
              <w:rPr>
                <w:b/>
                <w:color w:val="00507B"/>
                <w:sz w:val="18"/>
              </w:rPr>
              <w:t>Full name</w:t>
            </w:r>
          </w:p>
        </w:tc>
        <w:tc>
          <w:tcPr>
            <w:tcW w:w="6696" w:type="dxa"/>
          </w:tcPr>
          <w:p w14:paraId="0A78464D" w14:textId="77777777" w:rsidR="009160AB" w:rsidRDefault="009160AB"/>
          <w:p w14:paraId="432DB171" w14:textId="77777777" w:rsidR="009160AB" w:rsidRDefault="00233CC1">
            <w:r>
              <w:t xml:space="preserve"> </w:t>
            </w:r>
          </w:p>
        </w:tc>
      </w:tr>
      <w:tr w:rsidR="009160AB" w14:paraId="73AB0AFB" w14:textId="77777777">
        <w:tc>
          <w:tcPr>
            <w:tcW w:w="3096" w:type="dxa"/>
            <w:shd w:val="clear" w:color="auto" w:fill="F1F6F9"/>
          </w:tcPr>
          <w:p w14:paraId="6C12286B" w14:textId="77777777" w:rsidR="009160AB" w:rsidRDefault="00233CC1">
            <w:r>
              <w:rPr>
                <w:b/>
                <w:color w:val="00507B"/>
                <w:sz w:val="18"/>
              </w:rPr>
              <w:t>Email address</w:t>
            </w:r>
          </w:p>
        </w:tc>
        <w:tc>
          <w:tcPr>
            <w:tcW w:w="6696" w:type="dxa"/>
          </w:tcPr>
          <w:p w14:paraId="0FA57D12" w14:textId="77777777" w:rsidR="009160AB" w:rsidRDefault="009160AB"/>
          <w:p w14:paraId="5ABBDA1A" w14:textId="77777777" w:rsidR="009160AB" w:rsidRDefault="00233CC1">
            <w:r>
              <w:t xml:space="preserve"> </w:t>
            </w:r>
          </w:p>
        </w:tc>
      </w:tr>
      <w:tr w:rsidR="009160AB" w14:paraId="4B5EA3C0" w14:textId="77777777">
        <w:tc>
          <w:tcPr>
            <w:tcW w:w="3096" w:type="dxa"/>
            <w:shd w:val="clear" w:color="auto" w:fill="F1F6F9"/>
          </w:tcPr>
          <w:p w14:paraId="03D142D6" w14:textId="77777777" w:rsidR="009160AB" w:rsidRDefault="00233CC1">
            <w:r>
              <w:rPr>
                <w:b/>
                <w:color w:val="00507B"/>
                <w:sz w:val="18"/>
              </w:rPr>
              <w:t>Contact telephone</w:t>
            </w:r>
          </w:p>
        </w:tc>
        <w:tc>
          <w:tcPr>
            <w:tcW w:w="6696" w:type="dxa"/>
          </w:tcPr>
          <w:p w14:paraId="0DFDC4C4" w14:textId="77777777" w:rsidR="009160AB" w:rsidRDefault="009160AB"/>
          <w:p w14:paraId="5B724F72" w14:textId="77777777" w:rsidR="009160AB" w:rsidRDefault="00233CC1">
            <w:r>
              <w:t xml:space="preserve"> </w:t>
            </w:r>
          </w:p>
        </w:tc>
      </w:tr>
      <w:tr w:rsidR="009160AB" w14:paraId="410FC025" w14:textId="77777777">
        <w:tc>
          <w:tcPr>
            <w:tcW w:w="3096" w:type="dxa"/>
            <w:shd w:val="clear" w:color="auto" w:fill="F1F6F9"/>
          </w:tcPr>
          <w:p w14:paraId="08BCE6B4" w14:textId="77777777" w:rsidR="009160AB" w:rsidRDefault="00233CC1">
            <w:r>
              <w:rPr>
                <w:b/>
                <w:color w:val="00507B"/>
                <w:sz w:val="18"/>
              </w:rPr>
              <w:t>Postal address (including postcode)</w:t>
            </w:r>
          </w:p>
        </w:tc>
        <w:tc>
          <w:tcPr>
            <w:tcW w:w="6696" w:type="dxa"/>
          </w:tcPr>
          <w:p w14:paraId="51EB34B9" w14:textId="77777777" w:rsidR="009160AB" w:rsidRDefault="009160AB"/>
          <w:p w14:paraId="475272ED" w14:textId="77777777" w:rsidR="009160AB" w:rsidRDefault="00233CC1">
            <w:r>
              <w:t xml:space="preserve"> </w:t>
            </w:r>
          </w:p>
        </w:tc>
      </w:tr>
      <w:tr w:rsidR="009160AB" w14:paraId="5C509B42" w14:textId="77777777">
        <w:tc>
          <w:tcPr>
            <w:tcW w:w="3096" w:type="dxa"/>
            <w:shd w:val="clear" w:color="auto" w:fill="F1F6F9"/>
          </w:tcPr>
          <w:p w14:paraId="144B2150" w14:textId="77777777" w:rsidR="009160AB" w:rsidRDefault="00233CC1">
            <w:r>
              <w:rPr>
                <w:b/>
                <w:color w:val="00507B"/>
                <w:sz w:val="18"/>
              </w:rPr>
              <w:t>Right to work in the UK (Yes/No)</w:t>
            </w:r>
          </w:p>
        </w:tc>
        <w:tc>
          <w:tcPr>
            <w:tcW w:w="6696" w:type="dxa"/>
          </w:tcPr>
          <w:p w14:paraId="2149B3AF" w14:textId="77777777" w:rsidR="009160AB" w:rsidRDefault="009160AB"/>
          <w:p w14:paraId="237F0E34" w14:textId="77777777" w:rsidR="009160AB" w:rsidRDefault="00233CC1">
            <w:r>
              <w:t xml:space="preserve"> </w:t>
            </w:r>
          </w:p>
        </w:tc>
      </w:tr>
      <w:tr w:rsidR="009160AB" w14:paraId="565CA763" w14:textId="77777777">
        <w:tc>
          <w:tcPr>
            <w:tcW w:w="3096" w:type="dxa"/>
            <w:shd w:val="clear" w:color="auto" w:fill="F1F6F9"/>
          </w:tcPr>
          <w:p w14:paraId="1B611FED" w14:textId="77777777" w:rsidR="009160AB" w:rsidRDefault="00233CC1">
            <w:r>
              <w:rPr>
                <w:b/>
                <w:color w:val="00507B"/>
                <w:sz w:val="18"/>
              </w:rPr>
              <w:t>Notice period / earliest start date</w:t>
            </w:r>
          </w:p>
        </w:tc>
        <w:tc>
          <w:tcPr>
            <w:tcW w:w="6696" w:type="dxa"/>
          </w:tcPr>
          <w:p w14:paraId="78127E9E" w14:textId="77777777" w:rsidR="009160AB" w:rsidRDefault="009160AB"/>
          <w:p w14:paraId="78906416" w14:textId="77777777" w:rsidR="009160AB" w:rsidRDefault="00233CC1">
            <w:r>
              <w:t xml:space="preserve"> </w:t>
            </w:r>
          </w:p>
        </w:tc>
      </w:tr>
      <w:tr w:rsidR="009160AB" w14:paraId="35444925" w14:textId="77777777">
        <w:tc>
          <w:tcPr>
            <w:tcW w:w="3096" w:type="dxa"/>
            <w:shd w:val="clear" w:color="auto" w:fill="F1F6F9"/>
          </w:tcPr>
          <w:p w14:paraId="3B8E637F" w14:textId="77777777" w:rsidR="009160AB" w:rsidRDefault="00233CC1">
            <w:r>
              <w:rPr>
                <w:b/>
                <w:color w:val="00507B"/>
                <w:sz w:val="18"/>
              </w:rPr>
              <w:t>How did you hear about this vacancy?</w:t>
            </w:r>
          </w:p>
        </w:tc>
        <w:tc>
          <w:tcPr>
            <w:tcW w:w="6696" w:type="dxa"/>
          </w:tcPr>
          <w:p w14:paraId="608BD381" w14:textId="77777777" w:rsidR="009160AB" w:rsidRDefault="009160AB"/>
          <w:p w14:paraId="6F3DE9EE" w14:textId="77777777" w:rsidR="009160AB" w:rsidRDefault="00233CC1">
            <w:r>
              <w:t xml:space="preserve"> </w:t>
            </w:r>
          </w:p>
        </w:tc>
      </w:tr>
    </w:tbl>
    <w:p w14:paraId="17B6E9AF" w14:textId="77777777" w:rsidR="009160AB" w:rsidRDefault="009160AB"/>
    <w:p w14:paraId="5F2F9EDC" w14:textId="6C0F0B57" w:rsidR="009160AB" w:rsidRDefault="00233CC1">
      <w:r>
        <w:rPr>
          <w:sz w:val="18"/>
        </w:rPr>
        <w:t xml:space="preserve">If you require reasonable adjustments during recruitment, please contact </w:t>
      </w:r>
      <w:r w:rsidR="00DB18CC">
        <w:rPr>
          <w:sz w:val="18"/>
        </w:rPr>
        <w:t>Garry.Nugent</w:t>
      </w:r>
      <w:r>
        <w:rPr>
          <w:sz w:val="18"/>
        </w:rPr>
        <w:t>@BelfastCityMarathon.org. You do not need to disclose medical details in this form.</w:t>
      </w:r>
    </w:p>
    <w:p w14:paraId="40EE5848" w14:textId="77777777" w:rsidR="009160AB" w:rsidRDefault="00233CC1">
      <w:pPr>
        <w:keepNext/>
        <w:spacing w:before="300" w:after="140"/>
      </w:pPr>
      <w:r>
        <w:rPr>
          <w:b/>
          <w:color w:val="00507B"/>
          <w:sz w:val="24"/>
        </w:rPr>
        <w:t>SECTION 2 – EMPLOYMENT HISTORY</w:t>
      </w:r>
    </w:p>
    <w:p w14:paraId="12BD8D63" w14:textId="77777777" w:rsidR="009160AB" w:rsidRDefault="00233CC1">
      <w:r>
        <w:t>Please list your most recent role first. Include relevant voluntary or practical experience. Add rows if needed.</w:t>
      </w:r>
    </w:p>
    <w:tbl>
      <w:tblPr>
        <w:tblStyle w:val="TableGrid"/>
        <w:tblW w:w="0" w:type="auto"/>
        <w:jc w:val="center"/>
        <w:tblLook w:val="04A0" w:firstRow="1" w:lastRow="0" w:firstColumn="1" w:lastColumn="0" w:noHBand="0" w:noVBand="1"/>
      </w:tblPr>
      <w:tblGrid>
        <w:gridCol w:w="2304"/>
        <w:gridCol w:w="2160"/>
        <w:gridCol w:w="1656"/>
        <w:gridCol w:w="3600"/>
      </w:tblGrid>
      <w:tr w:rsidR="009160AB" w14:paraId="15E1AD53" w14:textId="77777777">
        <w:trPr>
          <w:jc w:val="center"/>
        </w:trPr>
        <w:tc>
          <w:tcPr>
            <w:tcW w:w="2304" w:type="dxa"/>
            <w:shd w:val="clear" w:color="auto" w:fill="00507B"/>
          </w:tcPr>
          <w:p w14:paraId="0CE5D088" w14:textId="77777777" w:rsidR="009160AB" w:rsidRDefault="00233CC1">
            <w:r>
              <w:rPr>
                <w:b/>
                <w:color w:val="FFFFFF"/>
                <w:sz w:val="18"/>
              </w:rPr>
              <w:t>Employer / organisation</w:t>
            </w:r>
          </w:p>
        </w:tc>
        <w:tc>
          <w:tcPr>
            <w:tcW w:w="2160" w:type="dxa"/>
            <w:shd w:val="clear" w:color="auto" w:fill="00507B"/>
          </w:tcPr>
          <w:p w14:paraId="677DA268" w14:textId="77777777" w:rsidR="009160AB" w:rsidRDefault="00233CC1">
            <w:r>
              <w:rPr>
                <w:b/>
                <w:color w:val="FFFFFF"/>
                <w:sz w:val="18"/>
              </w:rPr>
              <w:t>Job title / role</w:t>
            </w:r>
          </w:p>
        </w:tc>
        <w:tc>
          <w:tcPr>
            <w:tcW w:w="1656" w:type="dxa"/>
            <w:shd w:val="clear" w:color="auto" w:fill="00507B"/>
          </w:tcPr>
          <w:p w14:paraId="59CC680A" w14:textId="77777777" w:rsidR="009160AB" w:rsidRDefault="00233CC1">
            <w:r>
              <w:rPr>
                <w:b/>
                <w:color w:val="FFFFFF"/>
                <w:sz w:val="18"/>
              </w:rPr>
              <w:t>Dates (from–to)</w:t>
            </w:r>
          </w:p>
        </w:tc>
        <w:tc>
          <w:tcPr>
            <w:tcW w:w="3600" w:type="dxa"/>
            <w:shd w:val="clear" w:color="auto" w:fill="00507B"/>
          </w:tcPr>
          <w:p w14:paraId="11C035EE" w14:textId="77777777" w:rsidR="009160AB" w:rsidRDefault="00233CC1">
            <w:r>
              <w:rPr>
                <w:b/>
                <w:color w:val="FFFFFF"/>
                <w:sz w:val="18"/>
              </w:rPr>
              <w:t>Key responsibilities</w:t>
            </w:r>
          </w:p>
        </w:tc>
      </w:tr>
      <w:tr w:rsidR="009160AB" w14:paraId="30D0CB38" w14:textId="77777777">
        <w:trPr>
          <w:jc w:val="center"/>
        </w:trPr>
        <w:tc>
          <w:tcPr>
            <w:tcW w:w="2304" w:type="dxa"/>
            <w:vAlign w:val="center"/>
          </w:tcPr>
          <w:p w14:paraId="0DC31608" w14:textId="77777777" w:rsidR="009160AB" w:rsidRDefault="009160AB">
            <w:pPr>
              <w:spacing w:after="0"/>
            </w:pPr>
          </w:p>
          <w:p w14:paraId="1030F252" w14:textId="77777777" w:rsidR="009160AB" w:rsidRDefault="00233CC1">
            <w:r>
              <w:t xml:space="preserve"> </w:t>
            </w:r>
          </w:p>
        </w:tc>
        <w:tc>
          <w:tcPr>
            <w:tcW w:w="2160" w:type="dxa"/>
            <w:vAlign w:val="center"/>
          </w:tcPr>
          <w:p w14:paraId="40CCFD38" w14:textId="77777777" w:rsidR="009160AB" w:rsidRDefault="009160AB">
            <w:pPr>
              <w:spacing w:after="0"/>
            </w:pPr>
          </w:p>
          <w:p w14:paraId="131B277C" w14:textId="77777777" w:rsidR="009160AB" w:rsidRDefault="00233CC1">
            <w:r>
              <w:t xml:space="preserve"> </w:t>
            </w:r>
          </w:p>
        </w:tc>
        <w:tc>
          <w:tcPr>
            <w:tcW w:w="1656" w:type="dxa"/>
            <w:vAlign w:val="center"/>
          </w:tcPr>
          <w:p w14:paraId="13C6873B" w14:textId="77777777" w:rsidR="009160AB" w:rsidRDefault="009160AB">
            <w:pPr>
              <w:spacing w:after="0"/>
            </w:pPr>
          </w:p>
          <w:p w14:paraId="423EAB57" w14:textId="77777777" w:rsidR="009160AB" w:rsidRDefault="00233CC1">
            <w:r>
              <w:t xml:space="preserve"> </w:t>
            </w:r>
          </w:p>
        </w:tc>
        <w:tc>
          <w:tcPr>
            <w:tcW w:w="3600" w:type="dxa"/>
            <w:vAlign w:val="center"/>
          </w:tcPr>
          <w:p w14:paraId="793FF853" w14:textId="77777777" w:rsidR="009160AB" w:rsidRDefault="009160AB">
            <w:pPr>
              <w:spacing w:after="0"/>
            </w:pPr>
          </w:p>
          <w:p w14:paraId="2626928C" w14:textId="77777777" w:rsidR="009160AB" w:rsidRDefault="00233CC1">
            <w:r>
              <w:t xml:space="preserve"> </w:t>
            </w:r>
          </w:p>
        </w:tc>
      </w:tr>
      <w:tr w:rsidR="009160AB" w14:paraId="100AAE7A" w14:textId="77777777">
        <w:trPr>
          <w:jc w:val="center"/>
        </w:trPr>
        <w:tc>
          <w:tcPr>
            <w:tcW w:w="2304" w:type="dxa"/>
            <w:vAlign w:val="center"/>
          </w:tcPr>
          <w:p w14:paraId="5510EC53" w14:textId="77777777" w:rsidR="009160AB" w:rsidRDefault="009160AB">
            <w:pPr>
              <w:spacing w:after="0"/>
            </w:pPr>
          </w:p>
          <w:p w14:paraId="054702D9" w14:textId="77777777" w:rsidR="009160AB" w:rsidRDefault="00233CC1">
            <w:r>
              <w:t xml:space="preserve"> </w:t>
            </w:r>
          </w:p>
        </w:tc>
        <w:tc>
          <w:tcPr>
            <w:tcW w:w="2160" w:type="dxa"/>
            <w:vAlign w:val="center"/>
          </w:tcPr>
          <w:p w14:paraId="1044F861" w14:textId="77777777" w:rsidR="009160AB" w:rsidRDefault="009160AB">
            <w:pPr>
              <w:spacing w:after="0"/>
            </w:pPr>
          </w:p>
          <w:p w14:paraId="40F967E5" w14:textId="77777777" w:rsidR="009160AB" w:rsidRDefault="00233CC1">
            <w:r>
              <w:t xml:space="preserve"> </w:t>
            </w:r>
          </w:p>
        </w:tc>
        <w:tc>
          <w:tcPr>
            <w:tcW w:w="1656" w:type="dxa"/>
            <w:vAlign w:val="center"/>
          </w:tcPr>
          <w:p w14:paraId="3B13A10C" w14:textId="77777777" w:rsidR="009160AB" w:rsidRDefault="009160AB">
            <w:pPr>
              <w:spacing w:after="0"/>
            </w:pPr>
          </w:p>
          <w:p w14:paraId="7B160F90" w14:textId="77777777" w:rsidR="009160AB" w:rsidRDefault="00233CC1">
            <w:r>
              <w:t xml:space="preserve"> </w:t>
            </w:r>
          </w:p>
        </w:tc>
        <w:tc>
          <w:tcPr>
            <w:tcW w:w="3600" w:type="dxa"/>
            <w:vAlign w:val="center"/>
          </w:tcPr>
          <w:p w14:paraId="18600F16" w14:textId="77777777" w:rsidR="009160AB" w:rsidRDefault="009160AB">
            <w:pPr>
              <w:spacing w:after="0"/>
            </w:pPr>
          </w:p>
          <w:p w14:paraId="382F7790" w14:textId="77777777" w:rsidR="009160AB" w:rsidRDefault="00233CC1">
            <w:r>
              <w:t xml:space="preserve"> </w:t>
            </w:r>
          </w:p>
        </w:tc>
      </w:tr>
      <w:tr w:rsidR="009160AB" w14:paraId="1AA7AA59" w14:textId="77777777">
        <w:trPr>
          <w:jc w:val="center"/>
        </w:trPr>
        <w:tc>
          <w:tcPr>
            <w:tcW w:w="2304" w:type="dxa"/>
            <w:vAlign w:val="center"/>
          </w:tcPr>
          <w:p w14:paraId="04D425A9" w14:textId="77777777" w:rsidR="009160AB" w:rsidRDefault="009160AB">
            <w:pPr>
              <w:spacing w:after="0"/>
            </w:pPr>
          </w:p>
          <w:p w14:paraId="59B585BB" w14:textId="77777777" w:rsidR="009160AB" w:rsidRDefault="00233CC1">
            <w:r>
              <w:t xml:space="preserve"> </w:t>
            </w:r>
          </w:p>
        </w:tc>
        <w:tc>
          <w:tcPr>
            <w:tcW w:w="2160" w:type="dxa"/>
            <w:vAlign w:val="center"/>
          </w:tcPr>
          <w:p w14:paraId="23D83FC3" w14:textId="77777777" w:rsidR="009160AB" w:rsidRDefault="009160AB">
            <w:pPr>
              <w:spacing w:after="0"/>
            </w:pPr>
          </w:p>
          <w:p w14:paraId="3A12D3BD" w14:textId="77777777" w:rsidR="009160AB" w:rsidRDefault="00233CC1">
            <w:r>
              <w:t xml:space="preserve"> </w:t>
            </w:r>
          </w:p>
        </w:tc>
        <w:tc>
          <w:tcPr>
            <w:tcW w:w="1656" w:type="dxa"/>
            <w:vAlign w:val="center"/>
          </w:tcPr>
          <w:p w14:paraId="7F51C077" w14:textId="77777777" w:rsidR="009160AB" w:rsidRDefault="009160AB">
            <w:pPr>
              <w:spacing w:after="0"/>
            </w:pPr>
          </w:p>
          <w:p w14:paraId="7E518804" w14:textId="77777777" w:rsidR="009160AB" w:rsidRDefault="00233CC1">
            <w:r>
              <w:t xml:space="preserve"> </w:t>
            </w:r>
          </w:p>
        </w:tc>
        <w:tc>
          <w:tcPr>
            <w:tcW w:w="3600" w:type="dxa"/>
            <w:vAlign w:val="center"/>
          </w:tcPr>
          <w:p w14:paraId="18DC0C26" w14:textId="77777777" w:rsidR="009160AB" w:rsidRDefault="009160AB">
            <w:pPr>
              <w:spacing w:after="0"/>
            </w:pPr>
          </w:p>
          <w:p w14:paraId="4CCAC9AC" w14:textId="77777777" w:rsidR="009160AB" w:rsidRDefault="00233CC1">
            <w:r>
              <w:t xml:space="preserve"> </w:t>
            </w:r>
          </w:p>
        </w:tc>
      </w:tr>
    </w:tbl>
    <w:p w14:paraId="2D3ECA29" w14:textId="77777777" w:rsidR="009160AB" w:rsidRDefault="009160AB">
      <w:pPr>
        <w:spacing w:after="0"/>
      </w:pPr>
    </w:p>
    <w:p w14:paraId="5CDE58B7" w14:textId="77777777" w:rsidR="009160AB" w:rsidRDefault="00233CC1">
      <w:pPr>
        <w:keepNext/>
        <w:spacing w:before="300" w:after="140"/>
      </w:pPr>
      <w:r>
        <w:rPr>
          <w:b/>
          <w:color w:val="00507B"/>
          <w:sz w:val="24"/>
        </w:rPr>
        <w:lastRenderedPageBreak/>
        <w:t>SECTION 3 – EDUCATION &amp; QUALIFICATIONS</w:t>
      </w:r>
    </w:p>
    <w:p w14:paraId="58FE4BCE" w14:textId="77777777" w:rsidR="009160AB" w:rsidRDefault="00233CC1">
      <w:r>
        <w:t>Include relevant qualifications, courses and training, including professional or practical certifications.</w:t>
      </w:r>
    </w:p>
    <w:tbl>
      <w:tblPr>
        <w:tblStyle w:val="TableGrid"/>
        <w:tblW w:w="0" w:type="auto"/>
        <w:jc w:val="center"/>
        <w:tblLook w:val="04A0" w:firstRow="1" w:lastRow="0" w:firstColumn="1" w:lastColumn="0" w:noHBand="0" w:noVBand="1"/>
      </w:tblPr>
      <w:tblGrid>
        <w:gridCol w:w="2880"/>
        <w:gridCol w:w="3096"/>
        <w:gridCol w:w="1656"/>
        <w:gridCol w:w="2088"/>
      </w:tblGrid>
      <w:tr w:rsidR="009160AB" w14:paraId="0C22EA15" w14:textId="77777777">
        <w:trPr>
          <w:jc w:val="center"/>
        </w:trPr>
        <w:tc>
          <w:tcPr>
            <w:tcW w:w="2880" w:type="dxa"/>
            <w:shd w:val="clear" w:color="auto" w:fill="00507B"/>
          </w:tcPr>
          <w:p w14:paraId="2EAF0A2F" w14:textId="77777777" w:rsidR="009160AB" w:rsidRDefault="00233CC1">
            <w:r>
              <w:rPr>
                <w:b/>
                <w:color w:val="FFFFFF"/>
                <w:sz w:val="18"/>
              </w:rPr>
              <w:t>Qualification / training</w:t>
            </w:r>
          </w:p>
        </w:tc>
        <w:tc>
          <w:tcPr>
            <w:tcW w:w="3096" w:type="dxa"/>
            <w:shd w:val="clear" w:color="auto" w:fill="00507B"/>
          </w:tcPr>
          <w:p w14:paraId="0C267994" w14:textId="77777777" w:rsidR="009160AB" w:rsidRDefault="00233CC1">
            <w:r>
              <w:rPr>
                <w:b/>
                <w:color w:val="FFFFFF"/>
                <w:sz w:val="18"/>
              </w:rPr>
              <w:t>School / college / provider</w:t>
            </w:r>
          </w:p>
        </w:tc>
        <w:tc>
          <w:tcPr>
            <w:tcW w:w="1656" w:type="dxa"/>
            <w:shd w:val="clear" w:color="auto" w:fill="00507B"/>
          </w:tcPr>
          <w:p w14:paraId="3B12E7B3" w14:textId="77777777" w:rsidR="009160AB" w:rsidRDefault="00233CC1">
            <w:r>
              <w:rPr>
                <w:b/>
                <w:color w:val="FFFFFF"/>
                <w:sz w:val="18"/>
              </w:rPr>
              <w:t>Date achieved</w:t>
            </w:r>
          </w:p>
        </w:tc>
        <w:tc>
          <w:tcPr>
            <w:tcW w:w="2088" w:type="dxa"/>
            <w:shd w:val="clear" w:color="auto" w:fill="00507B"/>
          </w:tcPr>
          <w:p w14:paraId="5F4F9C10" w14:textId="77777777" w:rsidR="009160AB" w:rsidRDefault="00233CC1">
            <w:r>
              <w:rPr>
                <w:b/>
                <w:color w:val="FFFFFF"/>
                <w:sz w:val="18"/>
              </w:rPr>
              <w:t>Grade / result</w:t>
            </w:r>
          </w:p>
        </w:tc>
      </w:tr>
      <w:tr w:rsidR="009160AB" w14:paraId="75C8176F" w14:textId="77777777">
        <w:trPr>
          <w:jc w:val="center"/>
        </w:trPr>
        <w:tc>
          <w:tcPr>
            <w:tcW w:w="2880" w:type="dxa"/>
            <w:vAlign w:val="center"/>
          </w:tcPr>
          <w:p w14:paraId="327ADA0F" w14:textId="77777777" w:rsidR="009160AB" w:rsidRDefault="009160AB">
            <w:pPr>
              <w:spacing w:after="0"/>
            </w:pPr>
          </w:p>
          <w:p w14:paraId="2E0C2E4B" w14:textId="77777777" w:rsidR="009160AB" w:rsidRDefault="00233CC1">
            <w:r>
              <w:t xml:space="preserve"> </w:t>
            </w:r>
          </w:p>
        </w:tc>
        <w:tc>
          <w:tcPr>
            <w:tcW w:w="3096" w:type="dxa"/>
            <w:vAlign w:val="center"/>
          </w:tcPr>
          <w:p w14:paraId="2458B99B" w14:textId="77777777" w:rsidR="009160AB" w:rsidRDefault="009160AB">
            <w:pPr>
              <w:spacing w:after="0"/>
            </w:pPr>
          </w:p>
          <w:p w14:paraId="7AD53849" w14:textId="77777777" w:rsidR="009160AB" w:rsidRDefault="00233CC1">
            <w:r>
              <w:t xml:space="preserve"> </w:t>
            </w:r>
          </w:p>
        </w:tc>
        <w:tc>
          <w:tcPr>
            <w:tcW w:w="1656" w:type="dxa"/>
            <w:vAlign w:val="center"/>
          </w:tcPr>
          <w:p w14:paraId="60DD4593" w14:textId="77777777" w:rsidR="009160AB" w:rsidRDefault="009160AB">
            <w:pPr>
              <w:spacing w:after="0"/>
            </w:pPr>
          </w:p>
          <w:p w14:paraId="23C2F863" w14:textId="77777777" w:rsidR="009160AB" w:rsidRDefault="00233CC1">
            <w:r>
              <w:t xml:space="preserve"> </w:t>
            </w:r>
          </w:p>
        </w:tc>
        <w:tc>
          <w:tcPr>
            <w:tcW w:w="2088" w:type="dxa"/>
            <w:vAlign w:val="center"/>
          </w:tcPr>
          <w:p w14:paraId="09BFBB98" w14:textId="77777777" w:rsidR="009160AB" w:rsidRDefault="009160AB">
            <w:pPr>
              <w:spacing w:after="0"/>
            </w:pPr>
          </w:p>
          <w:p w14:paraId="1B8C7097" w14:textId="77777777" w:rsidR="009160AB" w:rsidRDefault="00233CC1">
            <w:r>
              <w:t xml:space="preserve"> </w:t>
            </w:r>
          </w:p>
        </w:tc>
      </w:tr>
      <w:tr w:rsidR="009160AB" w14:paraId="47A14EA1" w14:textId="77777777">
        <w:trPr>
          <w:jc w:val="center"/>
        </w:trPr>
        <w:tc>
          <w:tcPr>
            <w:tcW w:w="2880" w:type="dxa"/>
            <w:vAlign w:val="center"/>
          </w:tcPr>
          <w:p w14:paraId="18380193" w14:textId="77777777" w:rsidR="009160AB" w:rsidRDefault="009160AB">
            <w:pPr>
              <w:spacing w:after="0"/>
            </w:pPr>
          </w:p>
          <w:p w14:paraId="37A12ECF" w14:textId="77777777" w:rsidR="009160AB" w:rsidRDefault="00233CC1">
            <w:r>
              <w:t xml:space="preserve"> </w:t>
            </w:r>
          </w:p>
        </w:tc>
        <w:tc>
          <w:tcPr>
            <w:tcW w:w="3096" w:type="dxa"/>
            <w:vAlign w:val="center"/>
          </w:tcPr>
          <w:p w14:paraId="3D8D7CD6" w14:textId="77777777" w:rsidR="009160AB" w:rsidRDefault="009160AB">
            <w:pPr>
              <w:spacing w:after="0"/>
            </w:pPr>
          </w:p>
          <w:p w14:paraId="77FAFC13" w14:textId="77777777" w:rsidR="009160AB" w:rsidRDefault="00233CC1">
            <w:r>
              <w:t xml:space="preserve"> </w:t>
            </w:r>
          </w:p>
        </w:tc>
        <w:tc>
          <w:tcPr>
            <w:tcW w:w="1656" w:type="dxa"/>
            <w:vAlign w:val="center"/>
          </w:tcPr>
          <w:p w14:paraId="72A5590A" w14:textId="77777777" w:rsidR="009160AB" w:rsidRDefault="009160AB">
            <w:pPr>
              <w:spacing w:after="0"/>
            </w:pPr>
          </w:p>
          <w:p w14:paraId="4C55C374" w14:textId="77777777" w:rsidR="009160AB" w:rsidRDefault="00233CC1">
            <w:r>
              <w:t xml:space="preserve"> </w:t>
            </w:r>
          </w:p>
        </w:tc>
        <w:tc>
          <w:tcPr>
            <w:tcW w:w="2088" w:type="dxa"/>
            <w:vAlign w:val="center"/>
          </w:tcPr>
          <w:p w14:paraId="1138057F" w14:textId="77777777" w:rsidR="009160AB" w:rsidRDefault="009160AB">
            <w:pPr>
              <w:spacing w:after="0"/>
            </w:pPr>
          </w:p>
          <w:p w14:paraId="2D379023" w14:textId="77777777" w:rsidR="009160AB" w:rsidRDefault="00233CC1">
            <w:r>
              <w:t xml:space="preserve"> </w:t>
            </w:r>
          </w:p>
        </w:tc>
      </w:tr>
      <w:tr w:rsidR="009160AB" w14:paraId="0C9D453A" w14:textId="77777777">
        <w:trPr>
          <w:jc w:val="center"/>
        </w:trPr>
        <w:tc>
          <w:tcPr>
            <w:tcW w:w="2880" w:type="dxa"/>
            <w:vAlign w:val="center"/>
          </w:tcPr>
          <w:p w14:paraId="12524E02" w14:textId="77777777" w:rsidR="009160AB" w:rsidRDefault="009160AB">
            <w:pPr>
              <w:spacing w:after="0"/>
            </w:pPr>
          </w:p>
          <w:p w14:paraId="7A875C31" w14:textId="77777777" w:rsidR="009160AB" w:rsidRDefault="00233CC1">
            <w:r>
              <w:t xml:space="preserve"> </w:t>
            </w:r>
          </w:p>
        </w:tc>
        <w:tc>
          <w:tcPr>
            <w:tcW w:w="3096" w:type="dxa"/>
            <w:vAlign w:val="center"/>
          </w:tcPr>
          <w:p w14:paraId="35E8D038" w14:textId="77777777" w:rsidR="009160AB" w:rsidRDefault="009160AB">
            <w:pPr>
              <w:spacing w:after="0"/>
            </w:pPr>
          </w:p>
          <w:p w14:paraId="3F88B71B" w14:textId="77777777" w:rsidR="009160AB" w:rsidRDefault="00233CC1">
            <w:r>
              <w:t xml:space="preserve"> </w:t>
            </w:r>
          </w:p>
        </w:tc>
        <w:tc>
          <w:tcPr>
            <w:tcW w:w="1656" w:type="dxa"/>
            <w:vAlign w:val="center"/>
          </w:tcPr>
          <w:p w14:paraId="7AE55A93" w14:textId="77777777" w:rsidR="009160AB" w:rsidRDefault="009160AB">
            <w:pPr>
              <w:spacing w:after="0"/>
            </w:pPr>
          </w:p>
          <w:p w14:paraId="4BD0BC74" w14:textId="77777777" w:rsidR="009160AB" w:rsidRDefault="00233CC1">
            <w:r>
              <w:t xml:space="preserve"> </w:t>
            </w:r>
          </w:p>
        </w:tc>
        <w:tc>
          <w:tcPr>
            <w:tcW w:w="2088" w:type="dxa"/>
            <w:vAlign w:val="center"/>
          </w:tcPr>
          <w:p w14:paraId="21DA7C25" w14:textId="77777777" w:rsidR="009160AB" w:rsidRDefault="009160AB">
            <w:pPr>
              <w:spacing w:after="0"/>
            </w:pPr>
          </w:p>
          <w:p w14:paraId="55D94E4A" w14:textId="77777777" w:rsidR="009160AB" w:rsidRDefault="00233CC1">
            <w:r>
              <w:t xml:space="preserve"> </w:t>
            </w:r>
          </w:p>
        </w:tc>
      </w:tr>
      <w:tr w:rsidR="009160AB" w14:paraId="1FB52565" w14:textId="77777777">
        <w:trPr>
          <w:jc w:val="center"/>
        </w:trPr>
        <w:tc>
          <w:tcPr>
            <w:tcW w:w="2880" w:type="dxa"/>
            <w:vAlign w:val="center"/>
          </w:tcPr>
          <w:p w14:paraId="08757B78" w14:textId="77777777" w:rsidR="009160AB" w:rsidRDefault="009160AB">
            <w:pPr>
              <w:spacing w:after="0"/>
            </w:pPr>
          </w:p>
          <w:p w14:paraId="1E0E6351" w14:textId="77777777" w:rsidR="009160AB" w:rsidRDefault="00233CC1">
            <w:r>
              <w:t xml:space="preserve"> </w:t>
            </w:r>
          </w:p>
        </w:tc>
        <w:tc>
          <w:tcPr>
            <w:tcW w:w="3096" w:type="dxa"/>
            <w:vAlign w:val="center"/>
          </w:tcPr>
          <w:p w14:paraId="2904E129" w14:textId="77777777" w:rsidR="009160AB" w:rsidRDefault="009160AB">
            <w:pPr>
              <w:spacing w:after="0"/>
            </w:pPr>
          </w:p>
          <w:p w14:paraId="3B3EA75B" w14:textId="77777777" w:rsidR="009160AB" w:rsidRDefault="00233CC1">
            <w:r>
              <w:t xml:space="preserve"> </w:t>
            </w:r>
          </w:p>
        </w:tc>
        <w:tc>
          <w:tcPr>
            <w:tcW w:w="1656" w:type="dxa"/>
            <w:vAlign w:val="center"/>
          </w:tcPr>
          <w:p w14:paraId="6DA71025" w14:textId="77777777" w:rsidR="009160AB" w:rsidRDefault="009160AB">
            <w:pPr>
              <w:spacing w:after="0"/>
            </w:pPr>
          </w:p>
          <w:p w14:paraId="3D233D39" w14:textId="77777777" w:rsidR="009160AB" w:rsidRDefault="00233CC1">
            <w:r>
              <w:t xml:space="preserve"> </w:t>
            </w:r>
          </w:p>
        </w:tc>
        <w:tc>
          <w:tcPr>
            <w:tcW w:w="2088" w:type="dxa"/>
            <w:vAlign w:val="center"/>
          </w:tcPr>
          <w:p w14:paraId="0BF08F33" w14:textId="77777777" w:rsidR="009160AB" w:rsidRDefault="009160AB">
            <w:pPr>
              <w:spacing w:after="0"/>
            </w:pPr>
          </w:p>
          <w:p w14:paraId="26B242B0" w14:textId="77777777" w:rsidR="009160AB" w:rsidRDefault="00233CC1">
            <w:r>
              <w:t xml:space="preserve"> </w:t>
            </w:r>
          </w:p>
        </w:tc>
      </w:tr>
    </w:tbl>
    <w:p w14:paraId="036843CD" w14:textId="77777777" w:rsidR="009160AB" w:rsidRDefault="009160AB">
      <w:pPr>
        <w:spacing w:after="0"/>
      </w:pPr>
    </w:p>
    <w:p w14:paraId="51FDB41D" w14:textId="77777777" w:rsidR="009160AB" w:rsidRDefault="00233CC1">
      <w:pPr>
        <w:keepNext/>
        <w:spacing w:before="300" w:after="140"/>
      </w:pPr>
      <w:r>
        <w:rPr>
          <w:b/>
          <w:color w:val="00507B"/>
          <w:sz w:val="24"/>
        </w:rPr>
        <w:t>SECTION 4 – DEMONSTRATING HOW YOU MEET THE CRITERIA FOR THE POST</w:t>
      </w:r>
    </w:p>
    <w:p w14:paraId="2E29A40B" w14:textId="69F7D0FA" w:rsidR="00BD1280" w:rsidRPr="00BD1280" w:rsidRDefault="00BD1280" w:rsidP="00BD1280">
      <w:pPr>
        <w:keepNext/>
        <w:spacing w:before="300" w:after="140"/>
        <w:rPr>
          <w:lang w:val="en-GB"/>
        </w:rPr>
      </w:pPr>
      <w:r w:rsidRPr="00BD1280">
        <w:rPr>
          <w:lang w:val="en-GB"/>
        </w:rPr>
        <w:t>Please demonstrate how you meet the essential criteria in the Person Specification by answering the five questions below.</w:t>
      </w:r>
      <w:r>
        <w:rPr>
          <w:lang w:val="en-GB"/>
        </w:rPr>
        <w:t xml:space="preserve">  </w:t>
      </w:r>
      <w:r w:rsidRPr="00BD1280">
        <w:rPr>
          <w:lang w:val="en-GB"/>
        </w:rPr>
        <w:t>Give specific examples from employment, volunteering or other relevant experience. Examples do not need to be from the events industry, provided they demonstrate the skills required for the role.</w:t>
      </w:r>
      <w:r>
        <w:rPr>
          <w:lang w:val="en-GB"/>
        </w:rPr>
        <w:t xml:space="preserve">  </w:t>
      </w:r>
      <w:r w:rsidRPr="00BD1280">
        <w:rPr>
          <w:lang w:val="en-GB"/>
        </w:rPr>
        <w:t>Please explain your personal contribution, the actions you took, and the outcomes achieved.</w:t>
      </w:r>
    </w:p>
    <w:p w14:paraId="0E86F891" w14:textId="77777777" w:rsidR="00BD1280" w:rsidRPr="00BD1280" w:rsidRDefault="00BD1280" w:rsidP="00BD1280">
      <w:pPr>
        <w:keepNext/>
        <w:spacing w:before="300" w:after="140"/>
        <w:rPr>
          <w:lang w:val="en-GB"/>
        </w:rPr>
      </w:pPr>
      <w:r w:rsidRPr="00BD1280">
        <w:rPr>
          <w:b/>
          <w:bCs/>
          <w:lang w:val="en-GB"/>
        </w:rPr>
        <w:t>Maximum 300 words per answer.</w:t>
      </w:r>
      <w:r w:rsidRPr="00BD1280">
        <w:rPr>
          <w:lang w:val="en-GB"/>
        </w:rPr>
        <w:t xml:space="preserve"> Responses will be used for shortlisting.</w:t>
      </w:r>
    </w:p>
    <w:p w14:paraId="76D71E50" w14:textId="77777777" w:rsidR="009160AB" w:rsidRDefault="00233CC1">
      <w:pPr>
        <w:keepNext/>
        <w:spacing w:before="300" w:after="140"/>
      </w:pPr>
      <w:r>
        <w:rPr>
          <w:b/>
          <w:color w:val="00507B"/>
          <w:sz w:val="24"/>
        </w:rPr>
        <w:t>QUESTION 1 – RELEVANT OPERATIONS AND LOGISTICS EXPERIENCE</w:t>
      </w:r>
    </w:p>
    <w:p w14:paraId="35B2DA33" w14:textId="77777777" w:rsidR="009160AB" w:rsidRDefault="00233CC1">
      <w:r>
        <w:t>Please outline your experience of supporting or coordinating operational activities, logistics, events or other practical delivery projects. Provide an example of your responsibilities, how you organised the work and what you achieved.</w:t>
      </w:r>
    </w:p>
    <w:tbl>
      <w:tblPr>
        <w:tblStyle w:val="TableGrid"/>
        <w:tblW w:w="0" w:type="auto"/>
        <w:tblLook w:val="04A0" w:firstRow="1" w:lastRow="0" w:firstColumn="1" w:lastColumn="0" w:noHBand="0" w:noVBand="1"/>
      </w:tblPr>
      <w:tblGrid>
        <w:gridCol w:w="9984"/>
      </w:tblGrid>
      <w:tr w:rsidR="009160AB" w14:paraId="3FE309F9" w14:textId="77777777">
        <w:tc>
          <w:tcPr>
            <w:tcW w:w="9994" w:type="dxa"/>
          </w:tcPr>
          <w:p w14:paraId="7CEC4AB5" w14:textId="77777777" w:rsidR="00E97129" w:rsidRDefault="00E97129"/>
          <w:p w14:paraId="2A3974C1" w14:textId="77777777" w:rsidR="00E97129" w:rsidRDefault="00E97129"/>
          <w:p w14:paraId="483CBFC1" w14:textId="77777777" w:rsidR="00E97129" w:rsidRDefault="00E97129"/>
          <w:p w14:paraId="400016EA" w14:textId="77777777" w:rsidR="00E97129" w:rsidRDefault="00E97129"/>
          <w:p w14:paraId="25150D83" w14:textId="77777777" w:rsidR="009160AB" w:rsidRDefault="00233CC1">
            <w:r>
              <w:t xml:space="preserve"> </w:t>
            </w:r>
          </w:p>
          <w:p w14:paraId="2215BF9A" w14:textId="77777777" w:rsidR="00EC2BE7" w:rsidRDefault="00EC2BE7"/>
          <w:p w14:paraId="7F419240" w14:textId="77777777" w:rsidR="00EC2BE7" w:rsidRDefault="00EC2BE7"/>
          <w:p w14:paraId="0B1192C6" w14:textId="77777777" w:rsidR="00EC2BE7" w:rsidRDefault="00EC2BE7"/>
          <w:p w14:paraId="5CFF57A1" w14:textId="77777777" w:rsidR="00EC2BE7" w:rsidRDefault="00EC2BE7"/>
          <w:p w14:paraId="1C205BDA" w14:textId="77777777" w:rsidR="00EC2BE7" w:rsidRDefault="00EC2BE7"/>
          <w:p w14:paraId="17510CF3" w14:textId="77777777" w:rsidR="00EC2BE7" w:rsidRDefault="00EC2BE7"/>
          <w:p w14:paraId="5E4978BC" w14:textId="77777777" w:rsidR="00EC2BE7" w:rsidRDefault="00EC2BE7"/>
          <w:p w14:paraId="2105EE8E" w14:textId="77777777" w:rsidR="00EC2BE7" w:rsidRDefault="00EC2BE7"/>
          <w:p w14:paraId="61F8E521" w14:textId="77777777" w:rsidR="00A3254E" w:rsidRDefault="00A3254E"/>
          <w:p w14:paraId="204A3FC6" w14:textId="77777777" w:rsidR="00A3254E" w:rsidRDefault="00A3254E"/>
          <w:p w14:paraId="6F52627C" w14:textId="77777777" w:rsidR="00A3254E" w:rsidRDefault="00A3254E"/>
          <w:p w14:paraId="7CD64615" w14:textId="77777777" w:rsidR="00A3254E" w:rsidRDefault="00A3254E"/>
          <w:p w14:paraId="42DB21ED" w14:textId="77777777" w:rsidR="00A3254E" w:rsidRDefault="00A3254E"/>
          <w:p w14:paraId="0CD827ED" w14:textId="77777777" w:rsidR="00A3254E" w:rsidRDefault="00A3254E"/>
          <w:p w14:paraId="6666BDAD" w14:textId="77777777" w:rsidR="00A3254E" w:rsidRDefault="00A3254E"/>
          <w:p w14:paraId="01694FD9" w14:textId="77777777" w:rsidR="00A3254E" w:rsidRDefault="00A3254E"/>
          <w:p w14:paraId="7DC3BCC4" w14:textId="77777777" w:rsidR="00A3254E" w:rsidRDefault="00A3254E"/>
          <w:p w14:paraId="451608FC" w14:textId="77777777" w:rsidR="00A3254E" w:rsidRDefault="00A3254E"/>
          <w:p w14:paraId="781B2E7D" w14:textId="77777777" w:rsidR="00A3254E" w:rsidRDefault="00A3254E"/>
          <w:p w14:paraId="72BFB72C" w14:textId="5D953431" w:rsidR="00A3254E" w:rsidRDefault="00A3254E"/>
        </w:tc>
      </w:tr>
    </w:tbl>
    <w:p w14:paraId="69442D02" w14:textId="7208CD59" w:rsidR="009160AB" w:rsidRDefault="00233CC1">
      <w:pPr>
        <w:keepNext/>
        <w:spacing w:before="300" w:after="140"/>
      </w:pPr>
      <w:r>
        <w:rPr>
          <w:b/>
          <w:color w:val="00507B"/>
          <w:sz w:val="24"/>
        </w:rPr>
        <w:lastRenderedPageBreak/>
        <w:t>QUESTION 2 – PLANNING, ORGANISATION AND ATTENTION TO DETAIL</w:t>
      </w:r>
    </w:p>
    <w:p w14:paraId="777F9298" w14:textId="77777777" w:rsidR="009160AB" w:rsidRDefault="00233CC1">
      <w:r>
        <w:t>This role requires careful planning, accurate record-keeping and the ability to manage competing priorities against fixed deadlines. Describe a situation where you were responsible for organising multiple tasks, resources or activities. How did you prioritise your workload, maintain accurate information and ensure everything was completed on time?</w:t>
      </w:r>
    </w:p>
    <w:tbl>
      <w:tblPr>
        <w:tblStyle w:val="TableGrid"/>
        <w:tblW w:w="0" w:type="auto"/>
        <w:tblLook w:val="04A0" w:firstRow="1" w:lastRow="0" w:firstColumn="1" w:lastColumn="0" w:noHBand="0" w:noVBand="1"/>
      </w:tblPr>
      <w:tblGrid>
        <w:gridCol w:w="9984"/>
      </w:tblGrid>
      <w:tr w:rsidR="009160AB" w14:paraId="61F75AAC" w14:textId="77777777">
        <w:tc>
          <w:tcPr>
            <w:tcW w:w="9994" w:type="dxa"/>
          </w:tcPr>
          <w:p w14:paraId="7427CE7F" w14:textId="77777777" w:rsidR="009160AB" w:rsidRDefault="009160AB"/>
          <w:p w14:paraId="6956FB46" w14:textId="77777777" w:rsidR="00EC2BE7" w:rsidRDefault="00EC2BE7"/>
          <w:p w14:paraId="1FFDFE3A" w14:textId="77777777" w:rsidR="00EC2BE7" w:rsidRDefault="00EC2BE7"/>
          <w:p w14:paraId="43F3AB8F" w14:textId="77777777" w:rsidR="00EC2BE7" w:rsidRDefault="00EC2BE7"/>
          <w:p w14:paraId="5EF604DE" w14:textId="77777777" w:rsidR="00EC2BE7" w:rsidRDefault="00EC2BE7"/>
          <w:p w14:paraId="01D2FBAB" w14:textId="77777777" w:rsidR="00EC2BE7" w:rsidRDefault="00EC2BE7"/>
          <w:p w14:paraId="20942B08" w14:textId="77777777" w:rsidR="00EC2BE7" w:rsidRDefault="00EC2BE7"/>
          <w:p w14:paraId="10D03F31" w14:textId="77777777" w:rsidR="00EC2BE7" w:rsidRDefault="00EC2BE7"/>
          <w:p w14:paraId="613C067A" w14:textId="77777777" w:rsidR="00EC2BE7" w:rsidRDefault="00EC2BE7"/>
          <w:p w14:paraId="3883F4FB" w14:textId="77777777" w:rsidR="00EC2BE7" w:rsidRDefault="00EC2BE7"/>
          <w:p w14:paraId="3629D2F3" w14:textId="77777777" w:rsidR="009160AB" w:rsidRDefault="00233CC1">
            <w:r>
              <w:t xml:space="preserve"> </w:t>
            </w:r>
          </w:p>
          <w:p w14:paraId="51E8A6C8" w14:textId="77777777" w:rsidR="009160AB" w:rsidRDefault="00233CC1">
            <w:r>
              <w:t xml:space="preserve"> </w:t>
            </w:r>
          </w:p>
          <w:p w14:paraId="404942DD" w14:textId="77777777" w:rsidR="00E97129" w:rsidRDefault="00E97129"/>
          <w:p w14:paraId="17FF27E4" w14:textId="77777777" w:rsidR="00E97129" w:rsidRDefault="00E97129"/>
          <w:p w14:paraId="408A0321" w14:textId="77777777" w:rsidR="00E97129" w:rsidRDefault="00E97129"/>
          <w:p w14:paraId="60FFC034" w14:textId="77777777" w:rsidR="00E97129" w:rsidRDefault="00E97129"/>
          <w:p w14:paraId="5C8F1C36" w14:textId="77777777" w:rsidR="00E97129" w:rsidRDefault="00E97129"/>
          <w:p w14:paraId="46CDB490" w14:textId="77777777" w:rsidR="00A3254E" w:rsidRDefault="00A3254E"/>
          <w:p w14:paraId="53747DAB" w14:textId="77777777" w:rsidR="00A3254E" w:rsidRDefault="00A3254E"/>
          <w:p w14:paraId="78C0FEF3" w14:textId="77777777" w:rsidR="00A3254E" w:rsidRDefault="00A3254E"/>
          <w:p w14:paraId="1C9D4A4C" w14:textId="77777777" w:rsidR="00A3254E" w:rsidRDefault="00A3254E"/>
          <w:p w14:paraId="571E8757" w14:textId="77777777" w:rsidR="00A3254E" w:rsidRDefault="00A3254E"/>
          <w:p w14:paraId="74DD3CF4" w14:textId="77777777" w:rsidR="00A3254E" w:rsidRDefault="00A3254E"/>
          <w:p w14:paraId="7D8E9502" w14:textId="77777777" w:rsidR="00A3254E" w:rsidRDefault="00A3254E"/>
        </w:tc>
      </w:tr>
    </w:tbl>
    <w:p w14:paraId="695E5684" w14:textId="77777777" w:rsidR="009160AB" w:rsidRDefault="009160AB"/>
    <w:p w14:paraId="632A0495" w14:textId="77777777" w:rsidR="009160AB" w:rsidRDefault="00233CC1">
      <w:pPr>
        <w:keepNext/>
        <w:spacing w:before="300" w:after="140"/>
      </w:pPr>
      <w:r>
        <w:rPr>
          <w:b/>
          <w:color w:val="00507B"/>
          <w:sz w:val="24"/>
        </w:rPr>
        <w:lastRenderedPageBreak/>
        <w:t>QUESTION 3 – EQUIPMENT, SUPPLIERS AND RESOURCE COORDINATION</w:t>
      </w:r>
    </w:p>
    <w:p w14:paraId="5DFEA0EB" w14:textId="77777777" w:rsidR="009160AB" w:rsidRDefault="00233CC1">
      <w:r>
        <w:t>Tell us about your experience of coordinating equipment, stock, deliveries, suppliers or other resources. What systems or processes did you use to monitor arrangements, maintain records and ensure resources were available when needed?</w:t>
      </w:r>
    </w:p>
    <w:tbl>
      <w:tblPr>
        <w:tblStyle w:val="TableGrid"/>
        <w:tblW w:w="0" w:type="auto"/>
        <w:tblLook w:val="04A0" w:firstRow="1" w:lastRow="0" w:firstColumn="1" w:lastColumn="0" w:noHBand="0" w:noVBand="1"/>
      </w:tblPr>
      <w:tblGrid>
        <w:gridCol w:w="9984"/>
      </w:tblGrid>
      <w:tr w:rsidR="009160AB" w14:paraId="6E958B00" w14:textId="77777777">
        <w:tc>
          <w:tcPr>
            <w:tcW w:w="9994" w:type="dxa"/>
          </w:tcPr>
          <w:p w14:paraId="0C703A94" w14:textId="77777777" w:rsidR="009160AB" w:rsidRDefault="009160AB"/>
          <w:p w14:paraId="6B98467F" w14:textId="77777777" w:rsidR="00E97129" w:rsidRDefault="00E97129"/>
          <w:p w14:paraId="5EAC466B" w14:textId="77777777" w:rsidR="00A3254E" w:rsidRDefault="00A3254E"/>
          <w:p w14:paraId="53472619" w14:textId="77777777" w:rsidR="00E97129" w:rsidRDefault="00E97129"/>
          <w:p w14:paraId="2CA38709" w14:textId="77777777" w:rsidR="00E97129" w:rsidRDefault="00E97129"/>
          <w:p w14:paraId="0771B12A" w14:textId="77777777" w:rsidR="00E97129" w:rsidRDefault="00E97129"/>
          <w:p w14:paraId="48840620" w14:textId="77777777" w:rsidR="009160AB" w:rsidRDefault="00233CC1">
            <w:r>
              <w:t xml:space="preserve"> </w:t>
            </w:r>
          </w:p>
          <w:p w14:paraId="409BB169" w14:textId="77777777" w:rsidR="00E97129" w:rsidRDefault="00E97129"/>
          <w:p w14:paraId="7DE69EFE" w14:textId="77777777" w:rsidR="00A3254E" w:rsidRDefault="00A3254E"/>
          <w:p w14:paraId="0DF24D05" w14:textId="77777777" w:rsidR="00A3254E" w:rsidRDefault="00A3254E"/>
          <w:p w14:paraId="3A6E8507" w14:textId="77777777" w:rsidR="00A3254E" w:rsidRDefault="00A3254E"/>
          <w:p w14:paraId="3077BC7A" w14:textId="77777777" w:rsidR="00A3254E" w:rsidRDefault="00A3254E"/>
          <w:p w14:paraId="4AB8DE06" w14:textId="77777777" w:rsidR="00A3254E" w:rsidRDefault="00A3254E"/>
          <w:p w14:paraId="456CFEE6" w14:textId="77777777" w:rsidR="00A3254E" w:rsidRDefault="00A3254E"/>
          <w:p w14:paraId="7CF314CB" w14:textId="77777777" w:rsidR="00A3254E" w:rsidRDefault="00A3254E"/>
          <w:p w14:paraId="6597FBAB" w14:textId="77777777" w:rsidR="00A3254E" w:rsidRDefault="00A3254E"/>
          <w:p w14:paraId="6F766C7D" w14:textId="77777777" w:rsidR="00A3254E" w:rsidRDefault="00A3254E"/>
          <w:p w14:paraId="2F1BCB44" w14:textId="77777777" w:rsidR="00A3254E" w:rsidRDefault="00A3254E"/>
          <w:p w14:paraId="537FD8BF" w14:textId="77777777" w:rsidR="00A3254E" w:rsidRDefault="00A3254E"/>
          <w:p w14:paraId="3C7EDE06" w14:textId="77777777" w:rsidR="00A3254E" w:rsidRDefault="00A3254E"/>
          <w:p w14:paraId="469E2D83" w14:textId="77777777" w:rsidR="00A3254E" w:rsidRDefault="00A3254E"/>
          <w:p w14:paraId="14E9ADE3" w14:textId="77777777" w:rsidR="00A3254E" w:rsidRDefault="00A3254E"/>
          <w:p w14:paraId="6CCA67A0" w14:textId="77777777" w:rsidR="00A3254E" w:rsidRDefault="00A3254E"/>
          <w:p w14:paraId="266EFB21" w14:textId="77777777" w:rsidR="00A3254E" w:rsidRDefault="00A3254E"/>
          <w:p w14:paraId="0BEBC29C" w14:textId="2BF66434" w:rsidR="009160AB" w:rsidRDefault="00233CC1">
            <w:r>
              <w:t xml:space="preserve"> </w:t>
            </w:r>
          </w:p>
        </w:tc>
      </w:tr>
    </w:tbl>
    <w:p w14:paraId="47FFD74D" w14:textId="3AAC86C5" w:rsidR="009160AB" w:rsidRDefault="00233CC1">
      <w:pPr>
        <w:keepNext/>
        <w:spacing w:before="300" w:after="140"/>
      </w:pPr>
      <w:r>
        <w:rPr>
          <w:b/>
          <w:color w:val="00507B"/>
          <w:sz w:val="24"/>
        </w:rPr>
        <w:t>QUESTION 4 – PROBLEM-SOLVING AND WORKING SAFELY</w:t>
      </w:r>
    </w:p>
    <w:p w14:paraId="3CF389E7" w14:textId="77777777" w:rsidR="009160AB" w:rsidRDefault="00233CC1">
      <w:r>
        <w:t>Events and operational activities do not always go according to plan. Describe a situation where you encountered an unexpected operational or logistical problem. Explain how you responded, how you considered safety and any relevant procedures, when you involved others and what the outcome was.</w:t>
      </w:r>
    </w:p>
    <w:tbl>
      <w:tblPr>
        <w:tblStyle w:val="TableGrid"/>
        <w:tblW w:w="0" w:type="auto"/>
        <w:tblLook w:val="04A0" w:firstRow="1" w:lastRow="0" w:firstColumn="1" w:lastColumn="0" w:noHBand="0" w:noVBand="1"/>
      </w:tblPr>
      <w:tblGrid>
        <w:gridCol w:w="9984"/>
      </w:tblGrid>
      <w:tr w:rsidR="009160AB" w14:paraId="7221091E" w14:textId="77777777">
        <w:tc>
          <w:tcPr>
            <w:tcW w:w="9994" w:type="dxa"/>
          </w:tcPr>
          <w:p w14:paraId="65FE3018" w14:textId="77777777" w:rsidR="009160AB" w:rsidRDefault="009160AB"/>
          <w:p w14:paraId="6387E601" w14:textId="77777777" w:rsidR="009160AB" w:rsidRDefault="00233CC1">
            <w:r>
              <w:t xml:space="preserve"> </w:t>
            </w:r>
          </w:p>
          <w:p w14:paraId="17A91482" w14:textId="77777777" w:rsidR="00E97129" w:rsidRDefault="00E97129"/>
          <w:p w14:paraId="134A915F" w14:textId="77777777" w:rsidR="00E97129" w:rsidRDefault="00E97129"/>
          <w:p w14:paraId="57029114" w14:textId="77777777" w:rsidR="00E97129" w:rsidRDefault="00E97129"/>
          <w:p w14:paraId="30CE77D3" w14:textId="77777777" w:rsidR="00E97129" w:rsidRDefault="00E97129"/>
          <w:p w14:paraId="1B1990F3" w14:textId="77777777" w:rsidR="00E97129" w:rsidRDefault="00E97129"/>
          <w:p w14:paraId="37BE4309" w14:textId="77777777" w:rsidR="009160AB" w:rsidRDefault="00233CC1">
            <w:r>
              <w:t xml:space="preserve"> </w:t>
            </w:r>
          </w:p>
          <w:p w14:paraId="41777EEF" w14:textId="77777777" w:rsidR="00233CC1" w:rsidRDefault="00233CC1"/>
          <w:p w14:paraId="54EB06CF" w14:textId="77777777" w:rsidR="00233CC1" w:rsidRDefault="00233CC1"/>
          <w:p w14:paraId="2997AD14" w14:textId="77777777" w:rsidR="00233CC1" w:rsidRDefault="00233CC1"/>
          <w:p w14:paraId="7E2F1A9E" w14:textId="77777777" w:rsidR="00233CC1" w:rsidRDefault="00233CC1"/>
          <w:p w14:paraId="27AB7032" w14:textId="77777777" w:rsidR="00233CC1" w:rsidRDefault="00233CC1"/>
          <w:p w14:paraId="3A5C479C" w14:textId="77777777" w:rsidR="00233CC1" w:rsidRDefault="00233CC1"/>
          <w:p w14:paraId="42F54D93" w14:textId="77777777" w:rsidR="00233CC1" w:rsidRDefault="00233CC1"/>
          <w:p w14:paraId="42022C06" w14:textId="77777777" w:rsidR="00233CC1" w:rsidRDefault="00233CC1"/>
          <w:p w14:paraId="3BEDBB4A" w14:textId="77777777" w:rsidR="00233CC1" w:rsidRDefault="00233CC1"/>
          <w:p w14:paraId="17202326" w14:textId="77777777" w:rsidR="00233CC1" w:rsidRDefault="00233CC1"/>
          <w:p w14:paraId="2B41230B" w14:textId="77777777" w:rsidR="00233CC1" w:rsidRDefault="00233CC1"/>
          <w:p w14:paraId="405AA082" w14:textId="77777777" w:rsidR="00233CC1" w:rsidRDefault="00233CC1"/>
          <w:p w14:paraId="13128F13" w14:textId="77777777" w:rsidR="00233CC1" w:rsidRDefault="00233CC1"/>
          <w:p w14:paraId="1C0205AC" w14:textId="77777777" w:rsidR="00233CC1" w:rsidRDefault="00233CC1"/>
          <w:p w14:paraId="66E6B454" w14:textId="77777777" w:rsidR="00233CC1" w:rsidRDefault="00233CC1"/>
          <w:p w14:paraId="24CE6F6C" w14:textId="77777777" w:rsidR="00233CC1" w:rsidRDefault="00233CC1"/>
          <w:p w14:paraId="6F8F93AB" w14:textId="7BD7A673" w:rsidR="00233CC1" w:rsidRDefault="00233CC1"/>
        </w:tc>
      </w:tr>
    </w:tbl>
    <w:p w14:paraId="40B5615D" w14:textId="77777777" w:rsidR="009160AB" w:rsidRDefault="00233CC1">
      <w:pPr>
        <w:keepNext/>
        <w:spacing w:before="300" w:after="140"/>
      </w:pPr>
      <w:r>
        <w:rPr>
          <w:b/>
          <w:color w:val="00507B"/>
          <w:sz w:val="24"/>
        </w:rPr>
        <w:lastRenderedPageBreak/>
        <w:t>QUESTION 5 – TEAMWORK, COMMUNICATION AND DIGITAL SKILLS</w:t>
      </w:r>
    </w:p>
    <w:p w14:paraId="096506ED" w14:textId="77777777" w:rsidR="009160AB" w:rsidRDefault="00233CC1">
      <w:r>
        <w:t>This role involves working closely with colleagues, contractors, suppliers and volunteers, using digital systems to support effective coordination. Provide an example of how you have worked with different people to deliver a successful activity or project. Explain how you communicated, coordinated responsibilities and used tools such as Excel, email or shared documents to support delivery.</w:t>
      </w:r>
    </w:p>
    <w:tbl>
      <w:tblPr>
        <w:tblStyle w:val="TableGrid"/>
        <w:tblW w:w="0" w:type="auto"/>
        <w:tblLook w:val="04A0" w:firstRow="1" w:lastRow="0" w:firstColumn="1" w:lastColumn="0" w:noHBand="0" w:noVBand="1"/>
      </w:tblPr>
      <w:tblGrid>
        <w:gridCol w:w="9984"/>
      </w:tblGrid>
      <w:tr w:rsidR="009160AB" w14:paraId="2FFC74CD" w14:textId="77777777">
        <w:tc>
          <w:tcPr>
            <w:tcW w:w="9994" w:type="dxa"/>
          </w:tcPr>
          <w:p w14:paraId="03C77949" w14:textId="77777777" w:rsidR="009160AB" w:rsidRDefault="009160AB"/>
          <w:p w14:paraId="42AA9F96" w14:textId="77777777" w:rsidR="00E97129" w:rsidRDefault="00E97129"/>
          <w:p w14:paraId="6099A9C7" w14:textId="77777777" w:rsidR="00E97129" w:rsidRDefault="00E97129"/>
          <w:p w14:paraId="34002EEF" w14:textId="77777777" w:rsidR="00E97129" w:rsidRDefault="00E97129"/>
          <w:p w14:paraId="7B5E571F" w14:textId="77777777" w:rsidR="00E97129" w:rsidRDefault="00E97129"/>
          <w:p w14:paraId="7AF9CAE8" w14:textId="77777777" w:rsidR="00E97129" w:rsidRDefault="00E97129"/>
          <w:p w14:paraId="16848810" w14:textId="77777777" w:rsidR="009160AB" w:rsidRDefault="00233CC1">
            <w:r>
              <w:t xml:space="preserve"> </w:t>
            </w:r>
          </w:p>
          <w:p w14:paraId="3C925069" w14:textId="77777777" w:rsidR="00233CC1" w:rsidRDefault="00233CC1"/>
          <w:p w14:paraId="74FCF93A" w14:textId="77777777" w:rsidR="00233CC1" w:rsidRDefault="00233CC1"/>
          <w:p w14:paraId="0E6E4BDE" w14:textId="77777777" w:rsidR="00233CC1" w:rsidRDefault="00233CC1"/>
          <w:p w14:paraId="075E17D7" w14:textId="77777777" w:rsidR="00233CC1" w:rsidRDefault="00233CC1"/>
          <w:p w14:paraId="0E56F21F" w14:textId="77777777" w:rsidR="00233CC1" w:rsidRDefault="00233CC1"/>
          <w:p w14:paraId="07DB1726" w14:textId="77777777" w:rsidR="00233CC1" w:rsidRDefault="00233CC1"/>
          <w:p w14:paraId="424B1EBB" w14:textId="77777777" w:rsidR="00233CC1" w:rsidRDefault="00233CC1"/>
          <w:p w14:paraId="6D359A7F" w14:textId="77777777" w:rsidR="00233CC1" w:rsidRDefault="00233CC1"/>
          <w:p w14:paraId="6DF6F5E3" w14:textId="77777777" w:rsidR="00233CC1" w:rsidRDefault="00233CC1"/>
          <w:p w14:paraId="6658D3CE" w14:textId="77777777" w:rsidR="00233CC1" w:rsidRDefault="00233CC1"/>
          <w:p w14:paraId="57E53317" w14:textId="77777777" w:rsidR="00233CC1" w:rsidRDefault="00233CC1"/>
          <w:p w14:paraId="24569AA5" w14:textId="77777777" w:rsidR="00233CC1" w:rsidRDefault="00233CC1"/>
          <w:p w14:paraId="66DBB7C7" w14:textId="77777777" w:rsidR="00233CC1" w:rsidRDefault="00233CC1"/>
          <w:p w14:paraId="544A2BE6" w14:textId="77777777" w:rsidR="00233CC1" w:rsidRDefault="00233CC1"/>
          <w:p w14:paraId="05502FBF" w14:textId="77777777" w:rsidR="00233CC1" w:rsidRDefault="00233CC1"/>
          <w:p w14:paraId="0D8E43BC" w14:textId="77777777" w:rsidR="00233CC1" w:rsidRDefault="00233CC1"/>
          <w:p w14:paraId="319DAEBE" w14:textId="77777777" w:rsidR="00233CC1" w:rsidRDefault="00233CC1"/>
          <w:p w14:paraId="75649D89" w14:textId="25C92BAF" w:rsidR="009160AB" w:rsidRDefault="00233CC1">
            <w:r>
              <w:t xml:space="preserve"> </w:t>
            </w:r>
          </w:p>
        </w:tc>
      </w:tr>
    </w:tbl>
    <w:p w14:paraId="0319A2D6" w14:textId="77777777" w:rsidR="009160AB" w:rsidRDefault="009160AB"/>
    <w:p w14:paraId="09888E5D" w14:textId="77777777" w:rsidR="009160AB" w:rsidRDefault="00233CC1">
      <w:pPr>
        <w:keepNext/>
        <w:spacing w:before="300" w:after="140"/>
      </w:pPr>
      <w:r>
        <w:rPr>
          <w:b/>
          <w:color w:val="00507B"/>
          <w:sz w:val="24"/>
        </w:rPr>
        <w:t>SECTION 5 – ADDITIONAL INFORMATION</w:t>
      </w:r>
    </w:p>
    <w:p w14:paraId="56CA361D" w14:textId="77777777" w:rsidR="009160AB" w:rsidRDefault="00233CC1">
      <w:r>
        <w:t>Can you meet the early morning, evening and weekend working requirements associated with major events?</w:t>
      </w:r>
    </w:p>
    <w:tbl>
      <w:tblPr>
        <w:tblStyle w:val="TableGrid"/>
        <w:tblW w:w="0" w:type="auto"/>
        <w:tblLook w:val="04A0" w:firstRow="1" w:lastRow="0" w:firstColumn="1" w:lastColumn="0" w:noHBand="0" w:noVBand="1"/>
      </w:tblPr>
      <w:tblGrid>
        <w:gridCol w:w="1652"/>
        <w:gridCol w:w="8332"/>
      </w:tblGrid>
      <w:tr w:rsidR="009160AB" w14:paraId="4EB3EA6A" w14:textId="77777777" w:rsidTr="00E97129">
        <w:tc>
          <w:tcPr>
            <w:tcW w:w="1668" w:type="dxa"/>
            <w:shd w:val="clear" w:color="auto" w:fill="F1F6F9"/>
          </w:tcPr>
          <w:p w14:paraId="268AED70" w14:textId="12134283" w:rsidR="009160AB" w:rsidRPr="00E97129" w:rsidRDefault="00E97129">
            <w:pPr>
              <w:rPr>
                <w:b/>
                <w:bCs/>
              </w:rPr>
            </w:pPr>
            <w:r>
              <w:rPr>
                <w:b/>
                <w:color w:val="00507B"/>
                <w:sz w:val="18"/>
              </w:rPr>
              <w:t>Yes/No/ Comment</w:t>
            </w:r>
          </w:p>
        </w:tc>
        <w:tc>
          <w:tcPr>
            <w:tcW w:w="8542" w:type="dxa"/>
          </w:tcPr>
          <w:p w14:paraId="3AC3B65B" w14:textId="77777777" w:rsidR="009160AB" w:rsidRDefault="009160AB"/>
          <w:p w14:paraId="0137A4A4" w14:textId="77777777" w:rsidR="009160AB" w:rsidRDefault="00233CC1">
            <w:r>
              <w:t xml:space="preserve"> </w:t>
            </w:r>
          </w:p>
        </w:tc>
      </w:tr>
    </w:tbl>
    <w:p w14:paraId="4AF99F75" w14:textId="77777777" w:rsidR="00233CC1" w:rsidRDefault="00233CC1"/>
    <w:p w14:paraId="6D99B7EA" w14:textId="09458485" w:rsidR="009160AB" w:rsidRDefault="00E97129">
      <w:r w:rsidRPr="00E97129">
        <w:t>Please outline any additional experience, qualifications or training you have that relates to the desirable criteria in the Person Specification. This may include mass-participation events, road races, supervising volunteers, event infrastructure, logistics or health and safety. (Maximum 300 words)</w:t>
      </w:r>
    </w:p>
    <w:tbl>
      <w:tblPr>
        <w:tblStyle w:val="TableGrid"/>
        <w:tblW w:w="0" w:type="auto"/>
        <w:tblLook w:val="04A0" w:firstRow="1" w:lastRow="0" w:firstColumn="1" w:lastColumn="0" w:noHBand="0" w:noVBand="1"/>
      </w:tblPr>
      <w:tblGrid>
        <w:gridCol w:w="9984"/>
      </w:tblGrid>
      <w:tr w:rsidR="009160AB" w14:paraId="55F03783" w14:textId="77777777">
        <w:tc>
          <w:tcPr>
            <w:tcW w:w="9994" w:type="dxa"/>
          </w:tcPr>
          <w:p w14:paraId="3D3178A8" w14:textId="77777777" w:rsidR="009160AB" w:rsidRDefault="009160AB"/>
          <w:p w14:paraId="42526428" w14:textId="77777777" w:rsidR="00233CC1" w:rsidRDefault="00233CC1"/>
          <w:p w14:paraId="3F48CD07" w14:textId="77777777" w:rsidR="00233CC1" w:rsidRDefault="00233CC1"/>
          <w:p w14:paraId="63D36CFE" w14:textId="77777777" w:rsidR="00233CC1" w:rsidRDefault="00233CC1"/>
          <w:p w14:paraId="1AC80D04" w14:textId="77777777" w:rsidR="00233CC1" w:rsidRDefault="00233CC1"/>
          <w:p w14:paraId="549945E4" w14:textId="77777777" w:rsidR="00233CC1" w:rsidRDefault="00233CC1"/>
          <w:p w14:paraId="04F2D49C" w14:textId="77777777" w:rsidR="00233CC1" w:rsidRDefault="00233CC1"/>
          <w:p w14:paraId="2466DD1A" w14:textId="77777777" w:rsidR="00233CC1" w:rsidRDefault="00233CC1"/>
          <w:p w14:paraId="5500AF5D" w14:textId="77777777" w:rsidR="00233CC1" w:rsidRDefault="00233CC1"/>
          <w:p w14:paraId="3F15E4EA" w14:textId="77777777" w:rsidR="00233CC1" w:rsidRDefault="00233CC1"/>
          <w:p w14:paraId="6795C854" w14:textId="77777777" w:rsidR="00233CC1" w:rsidRDefault="00233CC1"/>
          <w:p w14:paraId="5C8D5D78" w14:textId="77777777" w:rsidR="00233CC1" w:rsidRDefault="00233CC1"/>
          <w:p w14:paraId="232EA72B" w14:textId="77777777" w:rsidR="00E97129" w:rsidRDefault="00E97129"/>
          <w:p w14:paraId="2DEE8732" w14:textId="07EB5537" w:rsidR="009160AB" w:rsidRDefault="009160AB"/>
          <w:p w14:paraId="51252145" w14:textId="77777777" w:rsidR="00E97129" w:rsidRDefault="00E97129"/>
          <w:p w14:paraId="245976C5" w14:textId="77777777" w:rsidR="00E97129" w:rsidRDefault="00E97129"/>
          <w:p w14:paraId="6363F70C" w14:textId="77777777" w:rsidR="00E97129" w:rsidRDefault="00E97129"/>
          <w:p w14:paraId="32C54B8D" w14:textId="172E3996" w:rsidR="009160AB" w:rsidRDefault="00233CC1">
            <w:r>
              <w:t xml:space="preserve"> </w:t>
            </w:r>
          </w:p>
        </w:tc>
      </w:tr>
    </w:tbl>
    <w:p w14:paraId="26E5E328" w14:textId="77777777" w:rsidR="009160AB" w:rsidRDefault="00233CC1">
      <w:pPr>
        <w:keepNext/>
        <w:spacing w:before="300" w:after="140"/>
      </w:pPr>
      <w:r>
        <w:rPr>
          <w:b/>
          <w:color w:val="00507B"/>
          <w:sz w:val="24"/>
        </w:rPr>
        <w:lastRenderedPageBreak/>
        <w:t>SECTION 6 – REFERENCES</w:t>
      </w:r>
    </w:p>
    <w:p w14:paraId="5C483718" w14:textId="77777777" w:rsidR="009160AB" w:rsidRDefault="00233CC1">
      <w:r>
        <w:t>Please provide two professional referees, preferably including your current or most recent employer. References will normally only be requested at the offer stage.</w:t>
      </w:r>
    </w:p>
    <w:p w14:paraId="59766B15" w14:textId="77777777" w:rsidR="009160AB" w:rsidRDefault="00233CC1">
      <w:pPr>
        <w:keepNext/>
      </w:pPr>
      <w:r>
        <w:rPr>
          <w:b/>
          <w:color w:val="00507B"/>
        </w:rPr>
        <w:t>REFEREE 1</w:t>
      </w:r>
    </w:p>
    <w:tbl>
      <w:tblPr>
        <w:tblStyle w:val="TableGrid"/>
        <w:tblW w:w="0" w:type="auto"/>
        <w:tblLook w:val="04A0" w:firstRow="1" w:lastRow="0" w:firstColumn="1" w:lastColumn="0" w:noHBand="0" w:noVBand="1"/>
      </w:tblPr>
      <w:tblGrid>
        <w:gridCol w:w="3096"/>
        <w:gridCol w:w="6696"/>
      </w:tblGrid>
      <w:tr w:rsidR="009160AB" w14:paraId="56BC8644" w14:textId="77777777">
        <w:tc>
          <w:tcPr>
            <w:tcW w:w="3096" w:type="dxa"/>
            <w:shd w:val="clear" w:color="auto" w:fill="F1F6F9"/>
          </w:tcPr>
          <w:p w14:paraId="2EF6FCE4" w14:textId="77777777" w:rsidR="009160AB" w:rsidRDefault="00233CC1">
            <w:r>
              <w:rPr>
                <w:b/>
                <w:color w:val="00507B"/>
                <w:sz w:val="18"/>
              </w:rPr>
              <w:t>Name and position</w:t>
            </w:r>
          </w:p>
        </w:tc>
        <w:tc>
          <w:tcPr>
            <w:tcW w:w="6696" w:type="dxa"/>
          </w:tcPr>
          <w:p w14:paraId="54507EC2" w14:textId="77777777" w:rsidR="009160AB" w:rsidRDefault="009160AB"/>
          <w:p w14:paraId="2F1BC0B4" w14:textId="77777777" w:rsidR="009160AB" w:rsidRDefault="00233CC1">
            <w:r>
              <w:t xml:space="preserve"> </w:t>
            </w:r>
          </w:p>
        </w:tc>
      </w:tr>
      <w:tr w:rsidR="009160AB" w14:paraId="61B3B407" w14:textId="77777777">
        <w:tc>
          <w:tcPr>
            <w:tcW w:w="3096" w:type="dxa"/>
            <w:shd w:val="clear" w:color="auto" w:fill="F1F6F9"/>
          </w:tcPr>
          <w:p w14:paraId="1977C67B" w14:textId="77777777" w:rsidR="009160AB" w:rsidRDefault="00233CC1">
            <w:r>
              <w:rPr>
                <w:b/>
                <w:color w:val="00507B"/>
                <w:sz w:val="18"/>
              </w:rPr>
              <w:t>Organisation</w:t>
            </w:r>
          </w:p>
        </w:tc>
        <w:tc>
          <w:tcPr>
            <w:tcW w:w="6696" w:type="dxa"/>
          </w:tcPr>
          <w:p w14:paraId="2306261E" w14:textId="77777777" w:rsidR="009160AB" w:rsidRDefault="009160AB"/>
          <w:p w14:paraId="3DF100AD" w14:textId="77777777" w:rsidR="009160AB" w:rsidRDefault="00233CC1">
            <w:r>
              <w:t xml:space="preserve"> </w:t>
            </w:r>
          </w:p>
        </w:tc>
      </w:tr>
      <w:tr w:rsidR="009160AB" w14:paraId="7498D981" w14:textId="77777777" w:rsidTr="006347EF">
        <w:trPr>
          <w:trHeight w:val="341"/>
        </w:trPr>
        <w:tc>
          <w:tcPr>
            <w:tcW w:w="3096" w:type="dxa"/>
            <w:shd w:val="clear" w:color="auto" w:fill="F1F6F9"/>
          </w:tcPr>
          <w:p w14:paraId="460E5FD0" w14:textId="77777777" w:rsidR="009160AB" w:rsidRDefault="00233CC1">
            <w:r>
              <w:rPr>
                <w:b/>
                <w:color w:val="00507B"/>
                <w:sz w:val="18"/>
              </w:rPr>
              <w:t>Email address</w:t>
            </w:r>
          </w:p>
        </w:tc>
        <w:tc>
          <w:tcPr>
            <w:tcW w:w="6696" w:type="dxa"/>
          </w:tcPr>
          <w:p w14:paraId="7FBF9A8C" w14:textId="54B9371C" w:rsidR="009160AB" w:rsidRDefault="009160AB"/>
        </w:tc>
      </w:tr>
      <w:tr w:rsidR="009160AB" w14:paraId="3572BFC0" w14:textId="77777777">
        <w:tc>
          <w:tcPr>
            <w:tcW w:w="3096" w:type="dxa"/>
            <w:shd w:val="clear" w:color="auto" w:fill="F1F6F9"/>
          </w:tcPr>
          <w:p w14:paraId="26DD1264" w14:textId="77777777" w:rsidR="009160AB" w:rsidRDefault="00233CC1">
            <w:r>
              <w:rPr>
                <w:b/>
                <w:color w:val="00507B"/>
                <w:sz w:val="18"/>
              </w:rPr>
              <w:t>Contact telephone</w:t>
            </w:r>
          </w:p>
        </w:tc>
        <w:tc>
          <w:tcPr>
            <w:tcW w:w="6696" w:type="dxa"/>
          </w:tcPr>
          <w:p w14:paraId="3A504BA5" w14:textId="6A30C63E" w:rsidR="00E97129" w:rsidRDefault="00E97129"/>
        </w:tc>
      </w:tr>
      <w:tr w:rsidR="009160AB" w14:paraId="5F4B2C41" w14:textId="77777777">
        <w:tc>
          <w:tcPr>
            <w:tcW w:w="3096" w:type="dxa"/>
            <w:shd w:val="clear" w:color="auto" w:fill="F1F6F9"/>
          </w:tcPr>
          <w:p w14:paraId="0E32F52E" w14:textId="77777777" w:rsidR="009160AB" w:rsidRDefault="00233CC1">
            <w:r>
              <w:rPr>
                <w:b/>
                <w:color w:val="00507B"/>
                <w:sz w:val="18"/>
              </w:rPr>
              <w:t xml:space="preserve">Relationship </w:t>
            </w:r>
            <w:proofErr w:type="gramStart"/>
            <w:r>
              <w:rPr>
                <w:b/>
                <w:color w:val="00507B"/>
                <w:sz w:val="18"/>
              </w:rPr>
              <w:t>to</w:t>
            </w:r>
            <w:proofErr w:type="gramEnd"/>
            <w:r>
              <w:rPr>
                <w:b/>
                <w:color w:val="00507B"/>
                <w:sz w:val="18"/>
              </w:rPr>
              <w:t xml:space="preserve"> applicant</w:t>
            </w:r>
          </w:p>
        </w:tc>
        <w:tc>
          <w:tcPr>
            <w:tcW w:w="6696" w:type="dxa"/>
          </w:tcPr>
          <w:p w14:paraId="6B380600" w14:textId="6C321941" w:rsidR="00E97129" w:rsidRDefault="00E97129"/>
        </w:tc>
      </w:tr>
    </w:tbl>
    <w:p w14:paraId="61ED9600" w14:textId="77777777" w:rsidR="009160AB" w:rsidRDefault="009160AB"/>
    <w:p w14:paraId="72A0566A" w14:textId="77777777" w:rsidR="009160AB" w:rsidRDefault="00233CC1">
      <w:pPr>
        <w:keepNext/>
      </w:pPr>
      <w:r>
        <w:rPr>
          <w:b/>
          <w:color w:val="00507B"/>
        </w:rPr>
        <w:t>REFEREE 2</w:t>
      </w:r>
    </w:p>
    <w:tbl>
      <w:tblPr>
        <w:tblStyle w:val="TableGrid"/>
        <w:tblW w:w="0" w:type="auto"/>
        <w:tblLook w:val="04A0" w:firstRow="1" w:lastRow="0" w:firstColumn="1" w:lastColumn="0" w:noHBand="0" w:noVBand="1"/>
      </w:tblPr>
      <w:tblGrid>
        <w:gridCol w:w="3096"/>
        <w:gridCol w:w="6696"/>
      </w:tblGrid>
      <w:tr w:rsidR="009160AB" w14:paraId="3749F41B" w14:textId="77777777">
        <w:tc>
          <w:tcPr>
            <w:tcW w:w="3096" w:type="dxa"/>
            <w:shd w:val="clear" w:color="auto" w:fill="F1F6F9"/>
          </w:tcPr>
          <w:p w14:paraId="0C20073D" w14:textId="77777777" w:rsidR="009160AB" w:rsidRDefault="00233CC1">
            <w:r>
              <w:rPr>
                <w:b/>
                <w:color w:val="00507B"/>
                <w:sz w:val="18"/>
              </w:rPr>
              <w:t>Name and position</w:t>
            </w:r>
          </w:p>
        </w:tc>
        <w:tc>
          <w:tcPr>
            <w:tcW w:w="6696" w:type="dxa"/>
          </w:tcPr>
          <w:p w14:paraId="43C263D6" w14:textId="77777777" w:rsidR="009160AB" w:rsidRDefault="009160AB"/>
          <w:p w14:paraId="137CD6D2" w14:textId="77777777" w:rsidR="009160AB" w:rsidRDefault="00233CC1">
            <w:r>
              <w:t xml:space="preserve"> </w:t>
            </w:r>
          </w:p>
        </w:tc>
      </w:tr>
      <w:tr w:rsidR="009160AB" w14:paraId="0DEE1CCA" w14:textId="77777777">
        <w:tc>
          <w:tcPr>
            <w:tcW w:w="3096" w:type="dxa"/>
            <w:shd w:val="clear" w:color="auto" w:fill="F1F6F9"/>
          </w:tcPr>
          <w:p w14:paraId="2B268408" w14:textId="77777777" w:rsidR="009160AB" w:rsidRDefault="00233CC1">
            <w:r>
              <w:rPr>
                <w:b/>
                <w:color w:val="00507B"/>
                <w:sz w:val="18"/>
              </w:rPr>
              <w:t>Organisation</w:t>
            </w:r>
          </w:p>
        </w:tc>
        <w:tc>
          <w:tcPr>
            <w:tcW w:w="6696" w:type="dxa"/>
          </w:tcPr>
          <w:p w14:paraId="7FA3E0AC" w14:textId="77777777" w:rsidR="009160AB" w:rsidRDefault="009160AB"/>
          <w:p w14:paraId="4CEF2869" w14:textId="77777777" w:rsidR="009160AB" w:rsidRDefault="00233CC1">
            <w:r>
              <w:t xml:space="preserve"> </w:t>
            </w:r>
          </w:p>
        </w:tc>
      </w:tr>
      <w:tr w:rsidR="009160AB" w14:paraId="413DCE9B" w14:textId="77777777">
        <w:tc>
          <w:tcPr>
            <w:tcW w:w="3096" w:type="dxa"/>
            <w:shd w:val="clear" w:color="auto" w:fill="F1F6F9"/>
          </w:tcPr>
          <w:p w14:paraId="02D3204B" w14:textId="77777777" w:rsidR="009160AB" w:rsidRDefault="00233CC1">
            <w:r>
              <w:rPr>
                <w:b/>
                <w:color w:val="00507B"/>
                <w:sz w:val="18"/>
              </w:rPr>
              <w:t>Email address</w:t>
            </w:r>
          </w:p>
        </w:tc>
        <w:tc>
          <w:tcPr>
            <w:tcW w:w="6696" w:type="dxa"/>
          </w:tcPr>
          <w:p w14:paraId="752FAE47" w14:textId="6083FDA5" w:rsidR="009160AB" w:rsidRDefault="009160AB"/>
        </w:tc>
      </w:tr>
      <w:tr w:rsidR="009160AB" w14:paraId="01BB10BE" w14:textId="77777777">
        <w:tc>
          <w:tcPr>
            <w:tcW w:w="3096" w:type="dxa"/>
            <w:shd w:val="clear" w:color="auto" w:fill="F1F6F9"/>
          </w:tcPr>
          <w:p w14:paraId="7B2BF10A" w14:textId="77777777" w:rsidR="009160AB" w:rsidRDefault="00233CC1">
            <w:r>
              <w:rPr>
                <w:b/>
                <w:color w:val="00507B"/>
                <w:sz w:val="18"/>
              </w:rPr>
              <w:t>Contact telephone</w:t>
            </w:r>
          </w:p>
        </w:tc>
        <w:tc>
          <w:tcPr>
            <w:tcW w:w="6696" w:type="dxa"/>
          </w:tcPr>
          <w:p w14:paraId="08D580CE" w14:textId="70C1ECE6" w:rsidR="009160AB" w:rsidRDefault="009160AB"/>
        </w:tc>
      </w:tr>
      <w:tr w:rsidR="009160AB" w14:paraId="38AD062A" w14:textId="77777777">
        <w:tc>
          <w:tcPr>
            <w:tcW w:w="3096" w:type="dxa"/>
            <w:shd w:val="clear" w:color="auto" w:fill="F1F6F9"/>
          </w:tcPr>
          <w:p w14:paraId="007DFB74" w14:textId="77777777" w:rsidR="009160AB" w:rsidRDefault="00233CC1">
            <w:r>
              <w:rPr>
                <w:b/>
                <w:color w:val="00507B"/>
                <w:sz w:val="18"/>
              </w:rPr>
              <w:t xml:space="preserve">Relationship </w:t>
            </w:r>
            <w:proofErr w:type="gramStart"/>
            <w:r>
              <w:rPr>
                <w:b/>
                <w:color w:val="00507B"/>
                <w:sz w:val="18"/>
              </w:rPr>
              <w:t>to</w:t>
            </w:r>
            <w:proofErr w:type="gramEnd"/>
            <w:r>
              <w:rPr>
                <w:b/>
                <w:color w:val="00507B"/>
                <w:sz w:val="18"/>
              </w:rPr>
              <w:t xml:space="preserve"> applicant</w:t>
            </w:r>
          </w:p>
        </w:tc>
        <w:tc>
          <w:tcPr>
            <w:tcW w:w="6696" w:type="dxa"/>
          </w:tcPr>
          <w:p w14:paraId="17D099E8" w14:textId="42A67FED" w:rsidR="009160AB" w:rsidRDefault="009160AB"/>
        </w:tc>
      </w:tr>
    </w:tbl>
    <w:p w14:paraId="60D24B87" w14:textId="77777777" w:rsidR="009160AB" w:rsidRDefault="009160AB"/>
    <w:p w14:paraId="7EA864D0" w14:textId="77777777" w:rsidR="009160AB" w:rsidRDefault="00233CC1">
      <w:pPr>
        <w:keepNext/>
        <w:spacing w:before="300" w:after="140"/>
      </w:pPr>
      <w:r>
        <w:rPr>
          <w:b/>
          <w:color w:val="00507B"/>
          <w:sz w:val="24"/>
        </w:rPr>
        <w:t>SECTION 7 – DATA PROTECTION &amp; DECLARATION</w:t>
      </w:r>
    </w:p>
    <w:p w14:paraId="1D30798C" w14:textId="77777777" w:rsidR="009160AB" w:rsidRDefault="00233CC1">
      <w:r>
        <w:t>I declare that the information provided is true and complete to the best of my knowledge. I understand that materially false or misleading information may result in withdrawal of an offer or dismissal.</w:t>
      </w:r>
    </w:p>
    <w:tbl>
      <w:tblPr>
        <w:tblStyle w:val="TableGrid"/>
        <w:tblW w:w="0" w:type="auto"/>
        <w:tblLook w:val="04A0" w:firstRow="1" w:lastRow="0" w:firstColumn="1" w:lastColumn="0" w:noHBand="0" w:noVBand="1"/>
      </w:tblPr>
      <w:tblGrid>
        <w:gridCol w:w="3096"/>
        <w:gridCol w:w="6696"/>
      </w:tblGrid>
      <w:tr w:rsidR="009160AB" w14:paraId="0CAEA62A" w14:textId="77777777">
        <w:tc>
          <w:tcPr>
            <w:tcW w:w="3096" w:type="dxa"/>
            <w:shd w:val="clear" w:color="auto" w:fill="F1F6F9"/>
          </w:tcPr>
          <w:p w14:paraId="67B3BE9B" w14:textId="77777777" w:rsidR="009160AB" w:rsidRDefault="00233CC1">
            <w:r>
              <w:rPr>
                <w:b/>
                <w:color w:val="00507B"/>
                <w:sz w:val="18"/>
              </w:rPr>
              <w:t>Applicant name / typed signature</w:t>
            </w:r>
          </w:p>
        </w:tc>
        <w:tc>
          <w:tcPr>
            <w:tcW w:w="6696" w:type="dxa"/>
          </w:tcPr>
          <w:p w14:paraId="75A43CD6" w14:textId="77777777" w:rsidR="009160AB" w:rsidRDefault="009160AB"/>
          <w:p w14:paraId="38BED999" w14:textId="77777777" w:rsidR="009160AB" w:rsidRDefault="00233CC1">
            <w:r>
              <w:t xml:space="preserve"> </w:t>
            </w:r>
          </w:p>
        </w:tc>
      </w:tr>
      <w:tr w:rsidR="009160AB" w14:paraId="7CFED4D6" w14:textId="77777777">
        <w:tc>
          <w:tcPr>
            <w:tcW w:w="3096" w:type="dxa"/>
            <w:shd w:val="clear" w:color="auto" w:fill="F1F6F9"/>
          </w:tcPr>
          <w:p w14:paraId="23295C19" w14:textId="77777777" w:rsidR="009160AB" w:rsidRDefault="00233CC1">
            <w:r>
              <w:rPr>
                <w:b/>
                <w:color w:val="00507B"/>
                <w:sz w:val="18"/>
              </w:rPr>
              <w:t>Date</w:t>
            </w:r>
          </w:p>
        </w:tc>
        <w:tc>
          <w:tcPr>
            <w:tcW w:w="6696" w:type="dxa"/>
          </w:tcPr>
          <w:p w14:paraId="04BEDF76" w14:textId="77777777" w:rsidR="009160AB" w:rsidRDefault="009160AB"/>
          <w:p w14:paraId="298F6412" w14:textId="77777777" w:rsidR="009160AB" w:rsidRDefault="00233CC1">
            <w:r>
              <w:t xml:space="preserve"> </w:t>
            </w:r>
          </w:p>
        </w:tc>
      </w:tr>
    </w:tbl>
    <w:p w14:paraId="1C9DA2E0" w14:textId="77777777" w:rsidR="009160AB" w:rsidRDefault="00233CC1">
      <w:pPr>
        <w:keepNext/>
        <w:spacing w:before="300" w:after="140"/>
      </w:pPr>
      <w:r>
        <w:rPr>
          <w:b/>
          <w:color w:val="00507B"/>
          <w:sz w:val="24"/>
        </w:rPr>
        <w:t>DATA PROTECTION</w:t>
      </w:r>
    </w:p>
    <w:p w14:paraId="1A4DD3F8" w14:textId="088690E6" w:rsidR="009628C5" w:rsidRPr="006347EF" w:rsidRDefault="009628C5">
      <w:r w:rsidRPr="009628C5">
        <w:rPr>
          <w:sz w:val="18"/>
        </w:rPr>
        <w:t xml:space="preserve">Information provided in this application will be used for recruitment and selection purposes and handled in accordance with Belfast City Marathon </w:t>
      </w:r>
      <w:proofErr w:type="spellStart"/>
      <w:r w:rsidRPr="009628C5">
        <w:rPr>
          <w:sz w:val="18"/>
        </w:rPr>
        <w:t>Ltd's</w:t>
      </w:r>
      <w:proofErr w:type="spellEnd"/>
      <w:r w:rsidRPr="009628C5">
        <w:rPr>
          <w:sz w:val="18"/>
        </w:rPr>
        <w:t xml:space="preserve"> Recruitment Privacy Notice and applicable data protection legislation.</w:t>
      </w:r>
    </w:p>
    <w:p w14:paraId="108EF611" w14:textId="6B2B3B30" w:rsidR="009160AB" w:rsidRPr="00016D2C" w:rsidRDefault="00016D2C" w:rsidP="00016D2C">
      <w:pPr>
        <w:keepNext/>
        <w:spacing w:before="300" w:after="140"/>
      </w:pPr>
      <w:r>
        <w:rPr>
          <w:b/>
          <w:color w:val="00507B"/>
          <w:sz w:val="24"/>
        </w:rPr>
        <w:t>SECTION 8 – SUBMITTING YOUR APPLICATION</w:t>
      </w:r>
    </w:p>
    <w:p w14:paraId="5782AB36" w14:textId="3CC4E132" w:rsidR="009160AB" w:rsidRDefault="00233CC1">
      <w:r>
        <w:t xml:space="preserve">Please email your completed application form to </w:t>
      </w:r>
      <w:r w:rsidR="001F5437">
        <w:t>CEO</w:t>
      </w:r>
      <w:r>
        <w:t xml:space="preserve">@BelfastCityMarathon.org by </w:t>
      </w:r>
      <w:r w:rsidRPr="00C87F4E">
        <w:rPr>
          <w:b/>
          <w:bCs/>
        </w:rPr>
        <w:t>12 noon on Friday 4 December 2026</w:t>
      </w:r>
      <w:r>
        <w:t>. CVs will not be accepted.</w:t>
      </w:r>
    </w:p>
    <w:sectPr w:rsidR="009160AB" w:rsidSect="00034616">
      <w:footerReference w:type="default" r:id="rId9"/>
      <w:pgSz w:w="12240" w:h="15840"/>
      <w:pgMar w:top="1037"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8B5BF" w14:textId="77777777" w:rsidR="00233CC1" w:rsidRDefault="00233CC1">
      <w:pPr>
        <w:spacing w:after="0" w:line="240" w:lineRule="auto"/>
      </w:pPr>
      <w:r>
        <w:separator/>
      </w:r>
    </w:p>
  </w:endnote>
  <w:endnote w:type="continuationSeparator" w:id="0">
    <w:p w14:paraId="76F51EAE" w14:textId="77777777" w:rsidR="00233CC1" w:rsidRDefault="00233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A391" w14:textId="77777777" w:rsidR="009160AB" w:rsidRDefault="00233CC1">
    <w:pPr>
      <w:pStyle w:val="Footer"/>
      <w:jc w:val="center"/>
    </w:pPr>
    <w:r>
      <w:rPr>
        <w:color w:val="00507B"/>
        <w:sz w:val="16"/>
      </w:rPr>
      <w:t xml:space="preserve">BELFAST CITY </w:t>
    </w:r>
    <w:proofErr w:type="gramStart"/>
    <w:r>
      <w:rPr>
        <w:color w:val="00507B"/>
        <w:sz w:val="16"/>
      </w:rPr>
      <w:t>MARATHON  •</w:t>
    </w:r>
    <w:proofErr w:type="gramEnd"/>
    <w:r>
      <w:rPr>
        <w:color w:val="00507B"/>
        <w:sz w:val="16"/>
      </w:rPr>
      <w:t xml:space="preserve">  RECRUITMENT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D7AD3" w14:textId="77777777" w:rsidR="00233CC1" w:rsidRDefault="00233CC1">
      <w:pPr>
        <w:spacing w:after="0" w:line="240" w:lineRule="auto"/>
      </w:pPr>
      <w:r>
        <w:separator/>
      </w:r>
    </w:p>
  </w:footnote>
  <w:footnote w:type="continuationSeparator" w:id="0">
    <w:p w14:paraId="591AF996" w14:textId="77777777" w:rsidR="00233CC1" w:rsidRDefault="00233C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7750556">
    <w:abstractNumId w:val="8"/>
  </w:num>
  <w:num w:numId="2" w16cid:durableId="2065979468">
    <w:abstractNumId w:val="6"/>
  </w:num>
  <w:num w:numId="3" w16cid:durableId="1208958246">
    <w:abstractNumId w:val="5"/>
  </w:num>
  <w:num w:numId="4" w16cid:durableId="1703168426">
    <w:abstractNumId w:val="4"/>
  </w:num>
  <w:num w:numId="5" w16cid:durableId="1427582019">
    <w:abstractNumId w:val="7"/>
  </w:num>
  <w:num w:numId="6" w16cid:durableId="1143622577">
    <w:abstractNumId w:val="3"/>
  </w:num>
  <w:num w:numId="7" w16cid:durableId="308481194">
    <w:abstractNumId w:val="2"/>
  </w:num>
  <w:num w:numId="8" w16cid:durableId="1703246544">
    <w:abstractNumId w:val="1"/>
  </w:num>
  <w:num w:numId="9" w16cid:durableId="2136482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D2C"/>
    <w:rsid w:val="00034616"/>
    <w:rsid w:val="0006063C"/>
    <w:rsid w:val="0015074B"/>
    <w:rsid w:val="001F5437"/>
    <w:rsid w:val="00233CC1"/>
    <w:rsid w:val="00276A4A"/>
    <w:rsid w:val="0029639D"/>
    <w:rsid w:val="00326F90"/>
    <w:rsid w:val="006347EF"/>
    <w:rsid w:val="00707B31"/>
    <w:rsid w:val="008375B3"/>
    <w:rsid w:val="009160AB"/>
    <w:rsid w:val="009628C5"/>
    <w:rsid w:val="009B66E8"/>
    <w:rsid w:val="00A3254E"/>
    <w:rsid w:val="00A376D9"/>
    <w:rsid w:val="00AA1D8D"/>
    <w:rsid w:val="00B47730"/>
    <w:rsid w:val="00BD1280"/>
    <w:rsid w:val="00C87F4E"/>
    <w:rsid w:val="00CB0664"/>
    <w:rsid w:val="00DB18CC"/>
    <w:rsid w:val="00E97129"/>
    <w:rsid w:val="00EC2BE7"/>
    <w:rsid w:val="00EE7FC0"/>
    <w:rsid w:val="00F279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5B0B64"/>
  <w14:defaultImageDpi w14:val="300"/>
  <w15:docId w15:val="{A6B4D1F0-5587-4E74-BB65-42728CA6B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F5F017C28B4084A9AF0730A87FE2FE2" ma:contentTypeVersion="16" ma:contentTypeDescription="Create a new document." ma:contentTypeScope="" ma:versionID="5c506afd1c701baaf7e4df234ab853d4">
  <xsd:schema xmlns:xsd="http://www.w3.org/2001/XMLSchema" xmlns:xs="http://www.w3.org/2001/XMLSchema" xmlns:p="http://schemas.microsoft.com/office/2006/metadata/properties" xmlns:ns2="7360d538-e67a-451b-9030-f2f2b1db0067" xmlns:ns3="cf0bed78-b5ca-42d6-8529-2a1cecbc3b0e" targetNamespace="http://schemas.microsoft.com/office/2006/metadata/properties" ma:root="true" ma:fieldsID="dce8071ef9e84a6bfd192cce82c020e3" ns2:_="" ns3:_="">
    <xsd:import namespace="7360d538-e67a-451b-9030-f2f2b1db0067"/>
    <xsd:import namespace="cf0bed78-b5ca-42d6-8529-2a1cecbc3b0e"/>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0d538-e67a-451b-9030-f2f2b1db00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b27b407-0fa5-4c7e-a39a-cb618cecb0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0bed78-b5ca-42d6-8529-2a1cecbc3b0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6a157fa-5412-43da-96b1-95bd0957b6b4}" ma:internalName="TaxCatchAll" ma:showField="CatchAllData" ma:web="cf0bed78-b5ca-42d6-8529-2a1cecbc3b0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60d538-e67a-451b-9030-f2f2b1db0067">
      <Terms xmlns="http://schemas.microsoft.com/office/infopath/2007/PartnerControls"/>
    </lcf76f155ced4ddcb4097134ff3c332f>
    <TaxCatchAll xmlns="cf0bed78-b5ca-42d6-8529-2a1cecbc3b0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F918E27-4471-4D69-A565-CC72138FDD9E}"/>
</file>

<file path=customXml/itemProps3.xml><?xml version="1.0" encoding="utf-8"?>
<ds:datastoreItem xmlns:ds="http://schemas.openxmlformats.org/officeDocument/2006/customXml" ds:itemID="{25CD813C-54E5-4AE5-886C-E2E3B1FD15E2}"/>
</file>

<file path=customXml/itemProps4.xml><?xml version="1.0" encoding="utf-8"?>
<ds:datastoreItem xmlns:ds="http://schemas.openxmlformats.org/officeDocument/2006/customXml" ds:itemID="{26561123-35DD-4EBC-8B38-277A8C58BC2F}"/>
</file>

<file path=docProps/app.xml><?xml version="1.0" encoding="utf-8"?>
<Properties xmlns="http://schemas.openxmlformats.org/officeDocument/2006/extended-properties" xmlns:vt="http://schemas.openxmlformats.org/officeDocument/2006/docPropsVTypes">
  <Template>Normal</Template>
  <TotalTime>1</TotalTime>
  <Pages>7</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Michelle McCaughran</cp:lastModifiedBy>
  <cp:revision>2</cp:revision>
  <dcterms:created xsi:type="dcterms:W3CDTF">2026-11-04T13:15:00Z</dcterms:created>
  <dcterms:modified xsi:type="dcterms:W3CDTF">2026-11-04T13:15:00Z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0x0101007F5F017C28B4084A9AF0730A87FE2FE2</vt:lpwstr>
  </property>
</Properties>
</file>